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4182A9" w14:textId="78D39681" w:rsidR="0090561E" w:rsidRDefault="00F96B82">
      <w:pPr>
        <w:jc w:val="right"/>
        <w:rPr>
          <w:lang w:eastAsia="ko-KR"/>
        </w:rPr>
      </w:pPr>
      <w:r>
        <w:rPr>
          <w:color w:val="666666"/>
          <w:sz w:val="15"/>
        </w:rPr>
        <w:t xml:space="preserve">HANSEI UNIVERSITY  |  </w:t>
      </w:r>
      <w:r>
        <w:rPr>
          <w:rFonts w:hint="eastAsia"/>
          <w:color w:val="666666"/>
          <w:sz w:val="15"/>
          <w:lang w:eastAsia="ko-KR"/>
        </w:rPr>
        <w:t xml:space="preserve">OFFICE OF </w:t>
      </w:r>
      <w:r>
        <w:rPr>
          <w:color w:val="666666"/>
          <w:sz w:val="15"/>
        </w:rPr>
        <w:t xml:space="preserve">INTERNATIONAL </w:t>
      </w:r>
      <w:r>
        <w:rPr>
          <w:rFonts w:hint="eastAsia"/>
          <w:color w:val="666666"/>
          <w:sz w:val="15"/>
          <w:lang w:eastAsia="ko-KR"/>
        </w:rPr>
        <w:t xml:space="preserve">AFFAIRS </w:t>
      </w:r>
      <w:r>
        <w:rPr>
          <w:color w:val="666666"/>
          <w:sz w:val="15"/>
        </w:rPr>
        <w:t>|</w:t>
      </w:r>
      <w:r>
        <w:rPr>
          <w:rFonts w:hint="eastAsia"/>
          <w:color w:val="666666"/>
          <w:sz w:val="15"/>
          <w:lang w:eastAsia="ko-KR"/>
        </w:rPr>
        <w:t xml:space="preserve"> KOREAN LANGUAGE INSTITUTE</w:t>
      </w:r>
    </w:p>
    <w:p w14:paraId="253E4E82" w14:textId="4FA3A8D5" w:rsidR="0090561E" w:rsidRDefault="00715D7F">
      <w:pPr>
        <w:spacing w:after="80"/>
        <w:jc w:val="center"/>
      </w:pPr>
      <w:r>
        <w:rPr>
          <w:noProof/>
          <w:lang w:eastAsia="ko-KR"/>
        </w:rPr>
        <w:drawing>
          <wp:anchor distT="0" distB="0" distL="114300" distR="114300" simplePos="0" relativeHeight="251655680" behindDoc="0" locked="0" layoutInCell="1" allowOverlap="1" wp14:anchorId="2BCA6AA8" wp14:editId="59422AAD">
            <wp:simplePos x="0" y="0"/>
            <wp:positionH relativeFrom="column">
              <wp:posOffset>6316980</wp:posOffset>
            </wp:positionH>
            <wp:positionV relativeFrom="paragraph">
              <wp:posOffset>38100</wp:posOffset>
            </wp:positionV>
            <wp:extent cx="333375" cy="321945"/>
            <wp:effectExtent l="0" t="0" r="9525" b="1905"/>
            <wp:wrapSquare wrapText="bothSides"/>
            <wp:docPr id="1" name="그림 1" descr="EMB00005678bf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446693512" descr="EMB00005678bf5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21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ko-KR"/>
        </w:rPr>
        <w:drawing>
          <wp:anchor distT="0" distB="0" distL="114300" distR="114300" simplePos="0" relativeHeight="251658752" behindDoc="0" locked="0" layoutInCell="1" allowOverlap="1" wp14:anchorId="2C64A048" wp14:editId="62064FF2">
            <wp:simplePos x="0" y="0"/>
            <wp:positionH relativeFrom="column">
              <wp:posOffset>0</wp:posOffset>
            </wp:positionH>
            <wp:positionV relativeFrom="paragraph">
              <wp:posOffset>7620</wp:posOffset>
            </wp:positionV>
            <wp:extent cx="333375" cy="321945"/>
            <wp:effectExtent l="0" t="0" r="9525" b="1905"/>
            <wp:wrapSquare wrapText="bothSides"/>
            <wp:docPr id="2" name="그림 2" descr="EMB00005678bf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446693512" descr="EMB00005678bf5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21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6B82">
        <w:rPr>
          <w:b/>
          <w:color w:val="1F4E78"/>
          <w:sz w:val="36"/>
        </w:rPr>
        <w:t>입 학 신 청 서</w:t>
      </w:r>
    </w:p>
    <w:p w14:paraId="6256A525" w14:textId="77777777" w:rsidR="0090561E" w:rsidRDefault="00F96B82">
      <w:pPr>
        <w:jc w:val="center"/>
      </w:pPr>
      <w:r>
        <w:rPr>
          <w:color w:val="666666"/>
          <w:sz w:val="17"/>
        </w:rPr>
        <w:t xml:space="preserve">Application for Admission / </w:t>
      </w:r>
      <w:proofErr w:type="spellStart"/>
      <w:r>
        <w:rPr>
          <w:color w:val="666666"/>
          <w:sz w:val="17"/>
        </w:rPr>
        <w:t>入学申请书</w:t>
      </w:r>
      <w:proofErr w:type="spellEnd"/>
    </w:p>
    <w:p w14:paraId="310A6711" w14:textId="77777777" w:rsidR="0090561E" w:rsidRDefault="00F96B82">
      <w:pPr>
        <w:spacing w:after="100"/>
      </w:pPr>
      <w:r>
        <w:rPr>
          <w:color w:val="666666"/>
          <w:sz w:val="16"/>
        </w:rPr>
        <w:t xml:space="preserve">※ </w:t>
      </w:r>
      <w:proofErr w:type="spellStart"/>
      <w:r>
        <w:rPr>
          <w:color w:val="666666"/>
          <w:sz w:val="16"/>
        </w:rPr>
        <w:t>반드시</w:t>
      </w:r>
      <w:proofErr w:type="spellEnd"/>
      <w:r>
        <w:rPr>
          <w:color w:val="666666"/>
          <w:sz w:val="16"/>
        </w:rPr>
        <w:t xml:space="preserve"> </w:t>
      </w:r>
      <w:proofErr w:type="spellStart"/>
      <w:r>
        <w:rPr>
          <w:color w:val="666666"/>
          <w:sz w:val="16"/>
        </w:rPr>
        <w:t>한국어</w:t>
      </w:r>
      <w:proofErr w:type="spellEnd"/>
      <w:r>
        <w:rPr>
          <w:color w:val="666666"/>
          <w:sz w:val="16"/>
        </w:rPr>
        <w:t xml:space="preserve"> </w:t>
      </w:r>
      <w:proofErr w:type="spellStart"/>
      <w:r>
        <w:rPr>
          <w:color w:val="666666"/>
          <w:sz w:val="16"/>
        </w:rPr>
        <w:t>또는</w:t>
      </w:r>
      <w:proofErr w:type="spellEnd"/>
      <w:r>
        <w:rPr>
          <w:color w:val="666666"/>
          <w:sz w:val="16"/>
        </w:rPr>
        <w:t xml:space="preserve"> </w:t>
      </w:r>
      <w:proofErr w:type="spellStart"/>
      <w:r>
        <w:rPr>
          <w:color w:val="666666"/>
          <w:sz w:val="16"/>
        </w:rPr>
        <w:t>영어로</w:t>
      </w:r>
      <w:proofErr w:type="spellEnd"/>
      <w:r>
        <w:rPr>
          <w:color w:val="666666"/>
          <w:sz w:val="16"/>
        </w:rPr>
        <w:t xml:space="preserve"> </w:t>
      </w:r>
      <w:proofErr w:type="spellStart"/>
      <w:r>
        <w:rPr>
          <w:color w:val="666666"/>
          <w:sz w:val="16"/>
        </w:rPr>
        <w:t>작성해</w:t>
      </w:r>
      <w:proofErr w:type="spellEnd"/>
      <w:r>
        <w:rPr>
          <w:color w:val="666666"/>
          <w:sz w:val="16"/>
        </w:rPr>
        <w:t xml:space="preserve"> </w:t>
      </w:r>
      <w:proofErr w:type="spellStart"/>
      <w:r>
        <w:rPr>
          <w:color w:val="666666"/>
          <w:sz w:val="16"/>
        </w:rPr>
        <w:t>주세요</w:t>
      </w:r>
      <w:proofErr w:type="spellEnd"/>
      <w:r>
        <w:rPr>
          <w:color w:val="666666"/>
          <w:sz w:val="16"/>
        </w:rPr>
        <w:t xml:space="preserve">. / Make sure to write in English or Korean. / </w:t>
      </w:r>
      <w:proofErr w:type="spellStart"/>
      <w:r>
        <w:rPr>
          <w:color w:val="666666"/>
          <w:sz w:val="16"/>
        </w:rPr>
        <w:t>必须用英语或韩语填写</w:t>
      </w:r>
      <w:proofErr w:type="spell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418"/>
        <w:gridCol w:w="397"/>
        <w:gridCol w:w="624"/>
        <w:gridCol w:w="503"/>
        <w:gridCol w:w="289"/>
        <w:gridCol w:w="106"/>
        <w:gridCol w:w="1061"/>
        <w:gridCol w:w="235"/>
        <w:gridCol w:w="308"/>
        <w:gridCol w:w="1243"/>
        <w:gridCol w:w="300"/>
        <w:gridCol w:w="385"/>
        <w:gridCol w:w="1164"/>
        <w:gridCol w:w="262"/>
        <w:gridCol w:w="184"/>
        <w:gridCol w:w="1988"/>
        <w:gridCol w:w="15"/>
      </w:tblGrid>
      <w:tr w:rsidR="0090561E" w14:paraId="3DFA1AEA" w14:textId="77777777" w:rsidTr="00C03846">
        <w:trPr>
          <w:jc w:val="center"/>
        </w:trPr>
        <w:tc>
          <w:tcPr>
            <w:tcW w:w="10482" w:type="dxa"/>
            <w:gridSpan w:val="17"/>
            <w:shd w:val="clear" w:color="auto" w:fill="1F4E78"/>
            <w:vAlign w:val="center"/>
          </w:tcPr>
          <w:p w14:paraId="7720BCDB" w14:textId="1CEC04EC" w:rsidR="0090561E" w:rsidRDefault="00F96B82">
            <w:pPr>
              <w:spacing w:after="0"/>
              <w:ind w:left="85"/>
              <w:rPr>
                <w:lang w:eastAsia="ko-KR"/>
              </w:rPr>
            </w:pPr>
            <w:r>
              <w:rPr>
                <w:b/>
                <w:color w:val="FFFFFF"/>
                <w:sz w:val="21"/>
                <w:lang w:eastAsia="ko-KR"/>
              </w:rPr>
              <w:t xml:space="preserve">지원 학기 SEMESTER </w:t>
            </w:r>
            <w:r w:rsidR="00715D7F">
              <w:rPr>
                <w:rFonts w:hint="eastAsia"/>
                <w:b/>
                <w:color w:val="FFFFFF"/>
                <w:sz w:val="21"/>
                <w:lang w:eastAsia="ko-KR"/>
              </w:rPr>
              <w:t>(</w:t>
            </w:r>
            <w:r>
              <w:rPr>
                <w:b/>
                <w:color w:val="FFFFFF"/>
                <w:sz w:val="21"/>
                <w:lang w:eastAsia="ko-KR"/>
              </w:rPr>
              <w:t>해당 항목에 표시</w:t>
            </w:r>
            <w:r w:rsidR="00715D7F">
              <w:rPr>
                <w:rFonts w:hint="eastAsia"/>
                <w:b/>
                <w:color w:val="FFFFFF"/>
                <w:sz w:val="21"/>
                <w:lang w:eastAsia="ko-KR"/>
              </w:rPr>
              <w:t>)</w:t>
            </w:r>
          </w:p>
        </w:tc>
      </w:tr>
      <w:tr w:rsidR="0090561E" w14:paraId="44CC6814" w14:textId="77777777" w:rsidTr="00C03846">
        <w:trPr>
          <w:trHeight w:val="382"/>
          <w:jc w:val="center"/>
        </w:trPr>
        <w:tc>
          <w:tcPr>
            <w:tcW w:w="3231" w:type="dxa"/>
            <w:gridSpan w:val="5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4C3B0A01" w14:textId="77777777" w:rsidR="0090561E" w:rsidRDefault="00F96B82">
            <w:pPr>
              <w:spacing w:after="0"/>
            </w:pPr>
            <w:r>
              <w:rPr>
                <w:b/>
                <w:sz w:val="18"/>
              </w:rPr>
              <w:t>□ 26-4학기 (</w:t>
            </w:r>
            <w:proofErr w:type="spellStart"/>
            <w:r>
              <w:rPr>
                <w:b/>
                <w:sz w:val="18"/>
              </w:rPr>
              <w:t>겨울</w:t>
            </w:r>
            <w:proofErr w:type="spellEnd"/>
            <w:r>
              <w:rPr>
                <w:b/>
                <w:sz w:val="18"/>
              </w:rPr>
              <w:t>)</w:t>
            </w:r>
          </w:p>
        </w:tc>
        <w:tc>
          <w:tcPr>
            <w:tcW w:w="7251" w:type="dxa"/>
            <w:gridSpan w:val="12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0FFBAA99" w14:textId="5CE7A568" w:rsidR="0090561E" w:rsidRDefault="00F96B82">
            <w:pPr>
              <w:spacing w:after="0"/>
              <w:rPr>
                <w:lang w:eastAsia="ko-KR"/>
              </w:rPr>
            </w:pPr>
            <w:r>
              <w:rPr>
                <w:sz w:val="18"/>
              </w:rPr>
              <w:t>2026.12.21 ~ 2027.02.2</w:t>
            </w:r>
            <w:r w:rsidR="00B34411">
              <w:rPr>
                <w:rFonts w:hint="eastAsia"/>
                <w:sz w:val="18"/>
                <w:lang w:eastAsia="ko-KR"/>
              </w:rPr>
              <w:t>5</w:t>
            </w:r>
          </w:p>
        </w:tc>
      </w:tr>
      <w:tr w:rsidR="0090561E" w14:paraId="11E4E07B" w14:textId="77777777" w:rsidTr="00C03846">
        <w:trPr>
          <w:trHeight w:val="382"/>
          <w:jc w:val="center"/>
        </w:trPr>
        <w:tc>
          <w:tcPr>
            <w:tcW w:w="3231" w:type="dxa"/>
            <w:gridSpan w:val="5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F5F8FB"/>
            <w:vAlign w:val="center"/>
          </w:tcPr>
          <w:p w14:paraId="70C19F74" w14:textId="77777777" w:rsidR="0090561E" w:rsidRDefault="00F96B82">
            <w:pPr>
              <w:spacing w:after="0"/>
            </w:pPr>
            <w:r>
              <w:rPr>
                <w:b/>
                <w:sz w:val="18"/>
              </w:rPr>
              <w:t>□ 27-1학기 (봄)</w:t>
            </w:r>
          </w:p>
        </w:tc>
        <w:tc>
          <w:tcPr>
            <w:tcW w:w="7251" w:type="dxa"/>
            <w:gridSpan w:val="12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F5F8FB"/>
            <w:vAlign w:val="center"/>
          </w:tcPr>
          <w:p w14:paraId="4F0F1D53" w14:textId="5B0538C0" w:rsidR="0090561E" w:rsidRDefault="00F96B82">
            <w:pPr>
              <w:spacing w:after="0"/>
            </w:pPr>
            <w:r>
              <w:rPr>
                <w:sz w:val="18"/>
              </w:rPr>
              <w:t>2027.03.08 ~ 05.</w:t>
            </w:r>
            <w:r w:rsidR="00B34411">
              <w:rPr>
                <w:rFonts w:hint="eastAsia"/>
                <w:sz w:val="18"/>
                <w:lang w:eastAsia="ko-KR"/>
              </w:rPr>
              <w:t>20</w:t>
            </w:r>
          </w:p>
        </w:tc>
      </w:tr>
      <w:tr w:rsidR="0090561E" w14:paraId="157E2F10" w14:textId="77777777" w:rsidTr="00C03846">
        <w:trPr>
          <w:trHeight w:val="382"/>
          <w:jc w:val="center"/>
        </w:trPr>
        <w:tc>
          <w:tcPr>
            <w:tcW w:w="3231" w:type="dxa"/>
            <w:gridSpan w:val="5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148494AB" w14:textId="77777777" w:rsidR="0090561E" w:rsidRDefault="00F96B82">
            <w:pPr>
              <w:spacing w:after="0"/>
            </w:pPr>
            <w:r>
              <w:rPr>
                <w:b/>
                <w:sz w:val="18"/>
              </w:rPr>
              <w:t>□ 27-2학기 (</w:t>
            </w:r>
            <w:proofErr w:type="spellStart"/>
            <w:r>
              <w:rPr>
                <w:b/>
                <w:sz w:val="18"/>
              </w:rPr>
              <w:t>여름</w:t>
            </w:r>
            <w:proofErr w:type="spellEnd"/>
            <w:r>
              <w:rPr>
                <w:b/>
                <w:sz w:val="18"/>
              </w:rPr>
              <w:t>)</w:t>
            </w:r>
          </w:p>
        </w:tc>
        <w:tc>
          <w:tcPr>
            <w:tcW w:w="7251" w:type="dxa"/>
            <w:gridSpan w:val="12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3D4830A0" w14:textId="42F66EE1" w:rsidR="0090561E" w:rsidRDefault="00F96B82">
            <w:pPr>
              <w:spacing w:after="0"/>
            </w:pPr>
            <w:r>
              <w:rPr>
                <w:sz w:val="18"/>
              </w:rPr>
              <w:t>2027.06.14 ~ 08.2</w:t>
            </w:r>
            <w:r w:rsidR="00B34411">
              <w:rPr>
                <w:rFonts w:hint="eastAsia"/>
                <w:sz w:val="18"/>
                <w:lang w:eastAsia="ko-KR"/>
              </w:rPr>
              <w:t>4</w:t>
            </w:r>
          </w:p>
        </w:tc>
      </w:tr>
      <w:tr w:rsidR="0090561E" w14:paraId="67271EDA" w14:textId="77777777" w:rsidTr="00C03846">
        <w:trPr>
          <w:trHeight w:val="369"/>
          <w:jc w:val="center"/>
        </w:trPr>
        <w:tc>
          <w:tcPr>
            <w:tcW w:w="3231" w:type="dxa"/>
            <w:gridSpan w:val="5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F5F8FB"/>
            <w:vAlign w:val="center"/>
          </w:tcPr>
          <w:p w14:paraId="24E0307C" w14:textId="77777777" w:rsidR="0090561E" w:rsidRDefault="00F96B82">
            <w:pPr>
              <w:spacing w:after="0"/>
            </w:pPr>
            <w:r>
              <w:rPr>
                <w:b/>
                <w:sz w:val="18"/>
              </w:rPr>
              <w:t>□ 27-3학기 (</w:t>
            </w:r>
            <w:proofErr w:type="spellStart"/>
            <w:r>
              <w:rPr>
                <w:b/>
                <w:sz w:val="18"/>
              </w:rPr>
              <w:t>가을</w:t>
            </w:r>
            <w:proofErr w:type="spellEnd"/>
            <w:r>
              <w:rPr>
                <w:b/>
                <w:sz w:val="18"/>
              </w:rPr>
              <w:t>)</w:t>
            </w:r>
          </w:p>
        </w:tc>
        <w:tc>
          <w:tcPr>
            <w:tcW w:w="7251" w:type="dxa"/>
            <w:gridSpan w:val="12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F5F8FB"/>
            <w:vAlign w:val="center"/>
          </w:tcPr>
          <w:p w14:paraId="47B0DD50" w14:textId="76942979" w:rsidR="0090561E" w:rsidRDefault="00F96B82">
            <w:pPr>
              <w:spacing w:after="0"/>
            </w:pPr>
            <w:r>
              <w:rPr>
                <w:sz w:val="18"/>
              </w:rPr>
              <w:t>2027.09.06 ~ 11.</w:t>
            </w:r>
            <w:r w:rsidR="00B34411">
              <w:rPr>
                <w:rFonts w:hint="eastAsia"/>
                <w:sz w:val="18"/>
                <w:lang w:eastAsia="ko-KR"/>
              </w:rPr>
              <w:t>2</w:t>
            </w:r>
            <w:r>
              <w:rPr>
                <w:sz w:val="18"/>
              </w:rPr>
              <w:t>2</w:t>
            </w:r>
          </w:p>
        </w:tc>
      </w:tr>
      <w:tr w:rsidR="0090561E" w14:paraId="5C15F046" w14:textId="77777777" w:rsidTr="00C03846">
        <w:trPr>
          <w:gridAfter w:val="1"/>
          <w:wAfter w:w="15" w:type="dxa"/>
          <w:trHeight w:val="393"/>
          <w:jc w:val="center"/>
        </w:trPr>
        <w:tc>
          <w:tcPr>
            <w:tcW w:w="10467" w:type="dxa"/>
            <w:gridSpan w:val="16"/>
            <w:shd w:val="clear" w:color="auto" w:fill="1F4E78"/>
            <w:vAlign w:val="center"/>
          </w:tcPr>
          <w:p w14:paraId="7E9959C6" w14:textId="77777777" w:rsidR="0090561E" w:rsidRDefault="00F96B82">
            <w:pPr>
              <w:spacing w:after="0"/>
              <w:ind w:left="85"/>
            </w:pPr>
            <w:r>
              <w:rPr>
                <w:b/>
                <w:color w:val="FFFFFF"/>
                <w:sz w:val="21"/>
              </w:rPr>
              <w:t xml:space="preserve">1. </w:t>
            </w:r>
            <w:proofErr w:type="spellStart"/>
            <w:r>
              <w:rPr>
                <w:b/>
                <w:color w:val="FFFFFF"/>
                <w:sz w:val="21"/>
              </w:rPr>
              <w:t>지원자</w:t>
            </w:r>
            <w:proofErr w:type="spellEnd"/>
            <w:r>
              <w:rPr>
                <w:b/>
                <w:color w:val="FFFFFF"/>
                <w:sz w:val="21"/>
              </w:rPr>
              <w:t xml:space="preserve"> </w:t>
            </w:r>
            <w:proofErr w:type="spellStart"/>
            <w:r>
              <w:rPr>
                <w:b/>
                <w:color w:val="FFFFFF"/>
                <w:sz w:val="21"/>
              </w:rPr>
              <w:t>인적사항</w:t>
            </w:r>
            <w:proofErr w:type="spellEnd"/>
            <w:r>
              <w:rPr>
                <w:b/>
                <w:color w:val="FFFFFF"/>
                <w:sz w:val="21"/>
              </w:rPr>
              <w:t xml:space="preserve">   APPLICANT INFORMATION / </w:t>
            </w:r>
            <w:proofErr w:type="spellStart"/>
            <w:r>
              <w:rPr>
                <w:b/>
                <w:color w:val="FFFFFF"/>
                <w:sz w:val="21"/>
              </w:rPr>
              <w:t>个人基本信息</w:t>
            </w:r>
            <w:proofErr w:type="spellEnd"/>
          </w:p>
        </w:tc>
      </w:tr>
      <w:tr w:rsidR="00C03846" w14:paraId="4C3E0CDA" w14:textId="77777777" w:rsidTr="00C03846">
        <w:trPr>
          <w:trHeight w:val="608"/>
          <w:jc w:val="center"/>
        </w:trPr>
        <w:tc>
          <w:tcPr>
            <w:tcW w:w="2439" w:type="dxa"/>
            <w:gridSpan w:val="3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DCEAF7"/>
            <w:vAlign w:val="center"/>
          </w:tcPr>
          <w:p w14:paraId="309E1368" w14:textId="1487193E" w:rsidR="00715D7F" w:rsidRDefault="00715D7F" w:rsidP="00715D7F">
            <w:pPr>
              <w:spacing w:after="0"/>
              <w:rPr>
                <w:b/>
                <w:sz w:val="16"/>
                <w:lang w:eastAsia="ko-KR"/>
              </w:rPr>
            </w:pPr>
            <w:r>
              <w:rPr>
                <w:rFonts w:hint="eastAsia"/>
                <w:b/>
                <w:sz w:val="16"/>
                <w:lang w:eastAsia="ko-KR"/>
              </w:rPr>
              <w:t>영문</w:t>
            </w:r>
            <w:r>
              <w:rPr>
                <w:b/>
                <w:sz w:val="16"/>
              </w:rPr>
              <w:t>명</w:t>
            </w:r>
            <w:r>
              <w:rPr>
                <w:rFonts w:hint="eastAsia"/>
                <w:b/>
                <w:sz w:val="16"/>
                <w:lang w:eastAsia="ko-KR"/>
              </w:rPr>
              <w:t xml:space="preserve"> English </w:t>
            </w:r>
            <w:r>
              <w:rPr>
                <w:b/>
                <w:sz w:val="16"/>
              </w:rPr>
              <w:t>Name</w:t>
            </w:r>
          </w:p>
          <w:p w14:paraId="7725D6E0" w14:textId="4B43C287" w:rsidR="00715D7F" w:rsidRDefault="00715D7F" w:rsidP="00715D7F">
            <w:pPr>
              <w:spacing w:after="0"/>
              <w:rPr>
                <w:lang w:eastAsia="ko-KR"/>
              </w:rPr>
            </w:pPr>
            <w:r w:rsidRPr="00715D7F">
              <w:rPr>
                <w:rFonts w:hint="eastAsia"/>
                <w:sz w:val="14"/>
                <w:szCs w:val="20"/>
                <w:lang w:eastAsia="ko-KR"/>
              </w:rPr>
              <w:t>(</w:t>
            </w:r>
            <w:r w:rsidRPr="00715D7F">
              <w:rPr>
                <w:sz w:val="14"/>
                <w:szCs w:val="20"/>
              </w:rPr>
              <w:t>Name on the passport</w:t>
            </w:r>
            <w:r w:rsidRPr="00715D7F">
              <w:rPr>
                <w:rFonts w:hint="eastAsia"/>
                <w:sz w:val="14"/>
                <w:szCs w:val="20"/>
                <w:lang w:eastAsia="ko-KR"/>
              </w:rPr>
              <w:t>)</w:t>
            </w:r>
          </w:p>
        </w:tc>
        <w:tc>
          <w:tcPr>
            <w:tcW w:w="1959" w:type="dxa"/>
            <w:gridSpan w:val="4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01B14936" w14:textId="27412D97" w:rsidR="00715D7F" w:rsidRDefault="00715D7F" w:rsidP="00715D7F">
            <w:pPr>
              <w:spacing w:after="0"/>
            </w:pPr>
          </w:p>
        </w:tc>
        <w:tc>
          <w:tcPr>
            <w:tcW w:w="2086" w:type="dxa"/>
            <w:gridSpan w:val="4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DCEAF7"/>
            <w:vAlign w:val="center"/>
          </w:tcPr>
          <w:p w14:paraId="447208C3" w14:textId="77777777" w:rsidR="00AA18DF" w:rsidRDefault="00715D7F" w:rsidP="00715D7F">
            <w:pPr>
              <w:spacing w:after="0"/>
              <w:rPr>
                <w:b/>
                <w:sz w:val="15"/>
                <w:lang w:eastAsia="ko-KR"/>
              </w:rPr>
            </w:pPr>
            <w:proofErr w:type="spellStart"/>
            <w:r>
              <w:rPr>
                <w:b/>
                <w:sz w:val="15"/>
              </w:rPr>
              <w:t>국적</w:t>
            </w:r>
            <w:proofErr w:type="spellEnd"/>
            <w:r w:rsidR="00AA18DF">
              <w:rPr>
                <w:rFonts w:hint="eastAsia"/>
                <w:b/>
                <w:sz w:val="15"/>
                <w:lang w:eastAsia="ko-KR"/>
              </w:rPr>
              <w:t xml:space="preserve"> </w:t>
            </w:r>
          </w:p>
          <w:p w14:paraId="09525D95" w14:textId="7D7674F6" w:rsidR="00715D7F" w:rsidRDefault="00715D7F" w:rsidP="00715D7F">
            <w:pPr>
              <w:spacing w:after="0"/>
            </w:pPr>
            <w:r>
              <w:rPr>
                <w:b/>
                <w:sz w:val="15"/>
              </w:rPr>
              <w:t>Nationality</w:t>
            </w:r>
          </w:p>
        </w:tc>
        <w:tc>
          <w:tcPr>
            <w:tcW w:w="1811" w:type="dxa"/>
            <w:gridSpan w:val="3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37DCE31D" w14:textId="77777777" w:rsidR="00715D7F" w:rsidRDefault="00715D7F" w:rsidP="00715D7F">
            <w:pPr>
              <w:spacing w:after="0"/>
            </w:pPr>
          </w:p>
        </w:tc>
        <w:tc>
          <w:tcPr>
            <w:tcW w:w="2187" w:type="dxa"/>
            <w:gridSpan w:val="3"/>
            <w:vMerge w:val="restart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F8FAFC"/>
            <w:vAlign w:val="center"/>
          </w:tcPr>
          <w:p w14:paraId="3001B308" w14:textId="77777777" w:rsidR="00715D7F" w:rsidRDefault="00715D7F" w:rsidP="00715D7F">
            <w:pPr>
              <w:spacing w:after="0"/>
              <w:jc w:val="center"/>
              <w:rPr>
                <w:lang w:eastAsia="ko-KR"/>
              </w:rPr>
            </w:pPr>
            <w:r>
              <w:rPr>
                <w:b/>
                <w:color w:val="666666"/>
                <w:sz w:val="18"/>
                <w:lang w:eastAsia="ko-KR"/>
              </w:rPr>
              <w:t>사진</w:t>
            </w:r>
            <w:r>
              <w:rPr>
                <w:b/>
                <w:color w:val="666666"/>
                <w:sz w:val="18"/>
                <w:lang w:eastAsia="ko-KR"/>
              </w:rPr>
              <w:br/>
              <w:t>PHOTO</w:t>
            </w:r>
            <w:r>
              <w:rPr>
                <w:b/>
                <w:color w:val="666666"/>
                <w:sz w:val="18"/>
                <w:lang w:eastAsia="ko-KR"/>
              </w:rPr>
              <w:br/>
            </w:r>
            <w:r>
              <w:rPr>
                <w:b/>
                <w:color w:val="666666"/>
                <w:sz w:val="18"/>
                <w:lang w:eastAsia="ko-KR"/>
              </w:rPr>
              <w:br/>
              <w:t>3.5 × 4.5 cm</w:t>
            </w:r>
            <w:r>
              <w:rPr>
                <w:b/>
                <w:color w:val="666666"/>
                <w:sz w:val="18"/>
                <w:lang w:eastAsia="ko-KR"/>
              </w:rPr>
              <w:br/>
            </w:r>
            <w:r>
              <w:rPr>
                <w:b/>
                <w:color w:val="666666"/>
                <w:sz w:val="18"/>
                <w:lang w:eastAsia="ko-KR"/>
              </w:rPr>
              <w:br/>
              <w:t>사진 부착</w:t>
            </w:r>
          </w:p>
        </w:tc>
      </w:tr>
      <w:tr w:rsidR="00C03846" w14:paraId="48B417B0" w14:textId="77777777" w:rsidTr="00C03846">
        <w:trPr>
          <w:trHeight w:val="516"/>
          <w:jc w:val="center"/>
        </w:trPr>
        <w:tc>
          <w:tcPr>
            <w:tcW w:w="2439" w:type="dxa"/>
            <w:gridSpan w:val="3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DCEAF7"/>
            <w:vAlign w:val="center"/>
          </w:tcPr>
          <w:p w14:paraId="4AB0B2C9" w14:textId="77777777" w:rsidR="00AA18DF" w:rsidRDefault="00715D7F" w:rsidP="00715D7F">
            <w:pPr>
              <w:spacing w:after="0"/>
              <w:rPr>
                <w:b/>
                <w:sz w:val="16"/>
                <w:lang w:eastAsia="ko-KR"/>
              </w:rPr>
            </w:pPr>
            <w:proofErr w:type="spellStart"/>
            <w:r>
              <w:rPr>
                <w:b/>
                <w:sz w:val="16"/>
              </w:rPr>
              <w:t>한글</w:t>
            </w:r>
            <w:proofErr w:type="spellEnd"/>
            <w:r>
              <w:rPr>
                <w:rFonts w:hint="eastAsia"/>
                <w:b/>
                <w:sz w:val="16"/>
                <w:lang w:eastAsia="ko-KR"/>
              </w:rPr>
              <w:t xml:space="preserve">명 </w:t>
            </w:r>
          </w:p>
          <w:p w14:paraId="037FE3F6" w14:textId="16475C68" w:rsidR="00715D7F" w:rsidRDefault="00715D7F" w:rsidP="00715D7F">
            <w:pPr>
              <w:spacing w:after="0"/>
              <w:rPr>
                <w:lang w:eastAsia="ko-KR"/>
              </w:rPr>
            </w:pPr>
            <w:r>
              <w:rPr>
                <w:b/>
                <w:sz w:val="16"/>
              </w:rPr>
              <w:t>Korean</w:t>
            </w:r>
            <w:r>
              <w:rPr>
                <w:rFonts w:hint="eastAsia"/>
                <w:b/>
                <w:sz w:val="16"/>
                <w:lang w:eastAsia="ko-KR"/>
              </w:rPr>
              <w:t xml:space="preserve"> Name</w:t>
            </w:r>
          </w:p>
        </w:tc>
        <w:tc>
          <w:tcPr>
            <w:tcW w:w="1959" w:type="dxa"/>
            <w:gridSpan w:val="4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5C5902E5" w14:textId="428B3DD9" w:rsidR="00715D7F" w:rsidRDefault="00715D7F" w:rsidP="00715D7F">
            <w:pPr>
              <w:spacing w:after="0"/>
            </w:pPr>
          </w:p>
        </w:tc>
        <w:tc>
          <w:tcPr>
            <w:tcW w:w="2086" w:type="dxa"/>
            <w:gridSpan w:val="4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DCEAF7"/>
            <w:vAlign w:val="center"/>
          </w:tcPr>
          <w:p w14:paraId="1ED927E2" w14:textId="77777777" w:rsidR="00AA18DF" w:rsidRDefault="00715D7F" w:rsidP="00715D7F">
            <w:pPr>
              <w:spacing w:after="0"/>
              <w:rPr>
                <w:b/>
                <w:sz w:val="15"/>
                <w:lang w:eastAsia="ko-KR"/>
              </w:rPr>
            </w:pPr>
            <w:proofErr w:type="spellStart"/>
            <w:r>
              <w:rPr>
                <w:b/>
                <w:sz w:val="15"/>
              </w:rPr>
              <w:t>여권번호</w:t>
            </w:r>
            <w:proofErr w:type="spellEnd"/>
            <w:r w:rsidR="00AA18DF">
              <w:rPr>
                <w:rFonts w:hint="eastAsia"/>
                <w:b/>
                <w:sz w:val="15"/>
                <w:lang w:eastAsia="ko-KR"/>
              </w:rPr>
              <w:t xml:space="preserve"> </w:t>
            </w:r>
          </w:p>
          <w:p w14:paraId="5DD103AD" w14:textId="65C7035E" w:rsidR="00715D7F" w:rsidRDefault="00715D7F" w:rsidP="00715D7F">
            <w:pPr>
              <w:spacing w:after="0"/>
            </w:pPr>
            <w:r>
              <w:rPr>
                <w:b/>
                <w:sz w:val="15"/>
              </w:rPr>
              <w:t>Passport No.</w:t>
            </w:r>
          </w:p>
        </w:tc>
        <w:tc>
          <w:tcPr>
            <w:tcW w:w="1811" w:type="dxa"/>
            <w:gridSpan w:val="3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3686E0AF" w14:textId="77777777" w:rsidR="00715D7F" w:rsidRDefault="00715D7F" w:rsidP="00715D7F">
            <w:pPr>
              <w:spacing w:after="0"/>
            </w:pPr>
          </w:p>
        </w:tc>
        <w:tc>
          <w:tcPr>
            <w:tcW w:w="2187" w:type="dxa"/>
            <w:gridSpan w:val="3"/>
            <w:vMerge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6F66756F" w14:textId="77777777" w:rsidR="00715D7F" w:rsidRDefault="00715D7F" w:rsidP="00715D7F"/>
        </w:tc>
      </w:tr>
      <w:tr w:rsidR="00C03846" w14:paraId="6B4C24B1" w14:textId="77777777" w:rsidTr="00C03846">
        <w:trPr>
          <w:trHeight w:val="608"/>
          <w:jc w:val="center"/>
        </w:trPr>
        <w:tc>
          <w:tcPr>
            <w:tcW w:w="2439" w:type="dxa"/>
            <w:gridSpan w:val="3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DCEAF7"/>
            <w:vAlign w:val="center"/>
          </w:tcPr>
          <w:p w14:paraId="2D241D5A" w14:textId="77777777" w:rsidR="00AA18DF" w:rsidRDefault="00715D7F" w:rsidP="00AA18DF">
            <w:pPr>
              <w:spacing w:after="0"/>
              <w:rPr>
                <w:b/>
                <w:sz w:val="15"/>
                <w:lang w:eastAsia="ko-KR"/>
              </w:rPr>
            </w:pPr>
            <w:proofErr w:type="spellStart"/>
            <w:r>
              <w:rPr>
                <w:b/>
                <w:sz w:val="15"/>
              </w:rPr>
              <w:t>한자</w:t>
            </w:r>
            <w:proofErr w:type="spellEnd"/>
            <w:r>
              <w:rPr>
                <w:rFonts w:hint="eastAsia"/>
                <w:b/>
                <w:sz w:val="15"/>
                <w:lang w:eastAsia="ko-KR"/>
              </w:rPr>
              <w:t xml:space="preserve">명 </w:t>
            </w:r>
          </w:p>
          <w:p w14:paraId="3FFD9839" w14:textId="6CD11BCB" w:rsidR="00715D7F" w:rsidRDefault="00715D7F" w:rsidP="00AA18DF">
            <w:pPr>
              <w:spacing w:after="0"/>
            </w:pPr>
            <w:proofErr w:type="spellStart"/>
            <w:r>
              <w:rPr>
                <w:b/>
                <w:sz w:val="15"/>
              </w:rPr>
              <w:t>漢字</w:t>
            </w:r>
            <w:proofErr w:type="spellEnd"/>
            <w:r>
              <w:rPr>
                <w:rFonts w:hint="eastAsia"/>
                <w:b/>
                <w:sz w:val="15"/>
                <w:lang w:eastAsia="ko-KR"/>
              </w:rPr>
              <w:t>明</w:t>
            </w:r>
          </w:p>
        </w:tc>
        <w:tc>
          <w:tcPr>
            <w:tcW w:w="1959" w:type="dxa"/>
            <w:gridSpan w:val="4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7EC5A203" w14:textId="77777777" w:rsidR="00715D7F" w:rsidRDefault="00715D7F" w:rsidP="00715D7F">
            <w:pPr>
              <w:spacing w:after="0"/>
            </w:pPr>
          </w:p>
        </w:tc>
        <w:tc>
          <w:tcPr>
            <w:tcW w:w="2086" w:type="dxa"/>
            <w:gridSpan w:val="4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DCEAF7"/>
            <w:vAlign w:val="center"/>
          </w:tcPr>
          <w:p w14:paraId="0AE66886" w14:textId="77777777" w:rsidR="00AA18DF" w:rsidRDefault="00715D7F" w:rsidP="00715D7F">
            <w:pPr>
              <w:spacing w:after="0"/>
              <w:rPr>
                <w:b/>
                <w:sz w:val="15"/>
                <w:lang w:eastAsia="ko-KR"/>
              </w:rPr>
            </w:pPr>
            <w:proofErr w:type="spellStart"/>
            <w:r>
              <w:rPr>
                <w:b/>
                <w:sz w:val="15"/>
              </w:rPr>
              <w:t>성별</w:t>
            </w:r>
            <w:proofErr w:type="spellEnd"/>
            <w:r w:rsidR="00AA18DF">
              <w:rPr>
                <w:rFonts w:hint="eastAsia"/>
                <w:b/>
                <w:sz w:val="15"/>
                <w:lang w:eastAsia="ko-KR"/>
              </w:rPr>
              <w:t xml:space="preserve"> </w:t>
            </w:r>
          </w:p>
          <w:p w14:paraId="7EE54F16" w14:textId="0BDBD0D0" w:rsidR="00715D7F" w:rsidRDefault="00715D7F" w:rsidP="00715D7F">
            <w:pPr>
              <w:spacing w:after="0"/>
            </w:pPr>
            <w:r>
              <w:rPr>
                <w:b/>
                <w:sz w:val="15"/>
              </w:rPr>
              <w:t>Gender</w:t>
            </w:r>
          </w:p>
        </w:tc>
        <w:tc>
          <w:tcPr>
            <w:tcW w:w="1811" w:type="dxa"/>
            <w:gridSpan w:val="3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1C671EB4" w14:textId="77777777" w:rsidR="00A64D95" w:rsidRDefault="00715D7F" w:rsidP="00715D7F">
            <w:pPr>
              <w:spacing w:after="0"/>
              <w:rPr>
                <w:sz w:val="15"/>
              </w:rPr>
            </w:pPr>
            <w:r>
              <w:rPr>
                <w:sz w:val="15"/>
              </w:rPr>
              <w:t xml:space="preserve">□ 남 Male   </w:t>
            </w:r>
          </w:p>
          <w:p w14:paraId="3E1804E4" w14:textId="7CF349E7" w:rsidR="00715D7F" w:rsidRDefault="00715D7F" w:rsidP="00715D7F">
            <w:pPr>
              <w:spacing w:after="0"/>
            </w:pPr>
            <w:r>
              <w:rPr>
                <w:sz w:val="15"/>
              </w:rPr>
              <w:t>□ 여 Female</w:t>
            </w:r>
          </w:p>
        </w:tc>
        <w:tc>
          <w:tcPr>
            <w:tcW w:w="2187" w:type="dxa"/>
            <w:gridSpan w:val="3"/>
            <w:vMerge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3A806915" w14:textId="77777777" w:rsidR="00715D7F" w:rsidRDefault="00715D7F" w:rsidP="00715D7F"/>
        </w:tc>
      </w:tr>
      <w:tr w:rsidR="00C03846" w14:paraId="0E1B2FCD" w14:textId="77777777" w:rsidTr="00C03846">
        <w:trPr>
          <w:trHeight w:val="488"/>
          <w:jc w:val="center"/>
        </w:trPr>
        <w:tc>
          <w:tcPr>
            <w:tcW w:w="2439" w:type="dxa"/>
            <w:gridSpan w:val="3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DCEAF7"/>
            <w:vAlign w:val="center"/>
          </w:tcPr>
          <w:p w14:paraId="52B8CAC2" w14:textId="77777777" w:rsidR="00AA18DF" w:rsidRDefault="00715D7F" w:rsidP="00715D7F">
            <w:pPr>
              <w:spacing w:after="0"/>
              <w:rPr>
                <w:b/>
                <w:sz w:val="15"/>
                <w:lang w:eastAsia="ko-KR"/>
              </w:rPr>
            </w:pPr>
            <w:proofErr w:type="spellStart"/>
            <w:r>
              <w:rPr>
                <w:b/>
                <w:sz w:val="15"/>
              </w:rPr>
              <w:t>생년월일</w:t>
            </w:r>
            <w:proofErr w:type="spellEnd"/>
            <w:r>
              <w:rPr>
                <w:rFonts w:hint="eastAsia"/>
                <w:b/>
                <w:sz w:val="15"/>
                <w:lang w:eastAsia="ko-KR"/>
              </w:rPr>
              <w:t xml:space="preserve"> </w:t>
            </w:r>
            <w:r w:rsidR="00AA18DF">
              <w:rPr>
                <w:rFonts w:hint="eastAsia"/>
                <w:b/>
                <w:sz w:val="15"/>
                <w:lang w:eastAsia="ko-KR"/>
              </w:rPr>
              <w:t xml:space="preserve"> </w:t>
            </w:r>
          </w:p>
          <w:p w14:paraId="632880E0" w14:textId="71BBF527" w:rsidR="00715D7F" w:rsidRDefault="00715D7F" w:rsidP="00715D7F">
            <w:pPr>
              <w:spacing w:after="0"/>
            </w:pPr>
            <w:r>
              <w:rPr>
                <w:b/>
                <w:sz w:val="15"/>
              </w:rPr>
              <w:t>Date of Birth</w:t>
            </w:r>
          </w:p>
        </w:tc>
        <w:tc>
          <w:tcPr>
            <w:tcW w:w="1959" w:type="dxa"/>
            <w:gridSpan w:val="4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23E504D7" w14:textId="77777777" w:rsidR="00715D7F" w:rsidRDefault="00715D7F" w:rsidP="00715D7F">
            <w:pPr>
              <w:spacing w:after="0"/>
            </w:pPr>
          </w:p>
        </w:tc>
        <w:tc>
          <w:tcPr>
            <w:tcW w:w="2086" w:type="dxa"/>
            <w:gridSpan w:val="4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DCEAF7"/>
            <w:vAlign w:val="center"/>
          </w:tcPr>
          <w:p w14:paraId="1544213E" w14:textId="77777777" w:rsidR="00AA18DF" w:rsidRDefault="00715D7F" w:rsidP="00715D7F">
            <w:pPr>
              <w:spacing w:after="0"/>
              <w:rPr>
                <w:b/>
                <w:sz w:val="15"/>
                <w:lang w:eastAsia="ko-KR"/>
              </w:rPr>
            </w:pPr>
            <w:r>
              <w:rPr>
                <w:b/>
                <w:sz w:val="15"/>
                <w:lang w:eastAsia="ko-KR"/>
              </w:rPr>
              <w:t>어학점수</w:t>
            </w:r>
          </w:p>
          <w:p w14:paraId="23F7826D" w14:textId="44448F8E" w:rsidR="00715D7F" w:rsidRDefault="00715D7F" w:rsidP="00715D7F">
            <w:pPr>
              <w:spacing w:after="0"/>
              <w:rPr>
                <w:lang w:eastAsia="ko-KR"/>
              </w:rPr>
            </w:pPr>
            <w:r>
              <w:rPr>
                <w:rFonts w:hint="eastAsia"/>
                <w:b/>
                <w:sz w:val="15"/>
                <w:lang w:eastAsia="ko-KR"/>
              </w:rPr>
              <w:t>(</w:t>
            </w:r>
            <w:proofErr w:type="gramStart"/>
            <w:r>
              <w:rPr>
                <w:b/>
                <w:sz w:val="15"/>
                <w:lang w:eastAsia="ko-KR"/>
              </w:rPr>
              <w:t>TOPIK /</w:t>
            </w:r>
            <w:proofErr w:type="gramEnd"/>
            <w:r>
              <w:rPr>
                <w:b/>
                <w:sz w:val="15"/>
                <w:lang w:eastAsia="ko-KR"/>
              </w:rPr>
              <w:t xml:space="preserve"> IELTS /</w:t>
            </w:r>
            <w:r w:rsidR="00A64D95">
              <w:rPr>
                <w:rFonts w:hint="eastAsia"/>
                <w:b/>
                <w:sz w:val="15"/>
                <w:lang w:eastAsia="ko-KR"/>
              </w:rPr>
              <w:t xml:space="preserve"> </w:t>
            </w:r>
            <w:r>
              <w:rPr>
                <w:b/>
                <w:sz w:val="15"/>
                <w:lang w:eastAsia="ko-KR"/>
              </w:rPr>
              <w:t>세종학당</w:t>
            </w:r>
            <w:r>
              <w:rPr>
                <w:rFonts w:hint="eastAsia"/>
                <w:b/>
                <w:sz w:val="15"/>
                <w:lang w:eastAsia="ko-KR"/>
              </w:rPr>
              <w:t>)</w:t>
            </w:r>
          </w:p>
        </w:tc>
        <w:tc>
          <w:tcPr>
            <w:tcW w:w="1811" w:type="dxa"/>
            <w:gridSpan w:val="3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69534CA9" w14:textId="77777777" w:rsidR="00715D7F" w:rsidRDefault="00715D7F" w:rsidP="00715D7F">
            <w:pPr>
              <w:spacing w:after="0"/>
              <w:rPr>
                <w:lang w:eastAsia="ko-KR"/>
              </w:rPr>
            </w:pPr>
          </w:p>
        </w:tc>
        <w:tc>
          <w:tcPr>
            <w:tcW w:w="2187" w:type="dxa"/>
            <w:gridSpan w:val="3"/>
            <w:vMerge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3BB0F105" w14:textId="77777777" w:rsidR="00715D7F" w:rsidRDefault="00715D7F" w:rsidP="00715D7F">
            <w:pPr>
              <w:rPr>
                <w:lang w:eastAsia="ko-KR"/>
              </w:rPr>
            </w:pPr>
          </w:p>
        </w:tc>
      </w:tr>
      <w:tr w:rsidR="00C03846" w14:paraId="390DE17F" w14:textId="77777777" w:rsidTr="00C03846">
        <w:trPr>
          <w:trHeight w:val="585"/>
          <w:jc w:val="center"/>
        </w:trPr>
        <w:tc>
          <w:tcPr>
            <w:tcW w:w="2439" w:type="dxa"/>
            <w:gridSpan w:val="3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DCEAF7"/>
            <w:vAlign w:val="center"/>
          </w:tcPr>
          <w:p w14:paraId="2ECB82D6" w14:textId="77777777" w:rsidR="00715D7F" w:rsidRDefault="00715D7F" w:rsidP="00715D7F">
            <w:pPr>
              <w:spacing w:after="0"/>
              <w:rPr>
                <w:b/>
                <w:sz w:val="15"/>
                <w:lang w:eastAsia="ko-KR"/>
              </w:rPr>
            </w:pPr>
            <w:proofErr w:type="spellStart"/>
            <w:r>
              <w:rPr>
                <w:b/>
                <w:sz w:val="15"/>
              </w:rPr>
              <w:t>여권</w:t>
            </w:r>
            <w:proofErr w:type="spellEnd"/>
            <w:r>
              <w:rPr>
                <w:b/>
                <w:sz w:val="15"/>
              </w:rPr>
              <w:t xml:space="preserve"> </w:t>
            </w:r>
            <w:proofErr w:type="spellStart"/>
            <w:r>
              <w:rPr>
                <w:b/>
                <w:sz w:val="15"/>
              </w:rPr>
              <w:t>발급일자</w:t>
            </w:r>
            <w:proofErr w:type="spellEnd"/>
          </w:p>
          <w:p w14:paraId="44057CED" w14:textId="13FEBE61" w:rsidR="00A64D95" w:rsidRDefault="00A64D95" w:rsidP="00715D7F">
            <w:pPr>
              <w:spacing w:after="0"/>
              <w:rPr>
                <w:lang w:eastAsia="ko-KR"/>
              </w:rPr>
            </w:pPr>
            <w:r>
              <w:rPr>
                <w:rFonts w:hint="eastAsia"/>
                <w:b/>
                <w:sz w:val="15"/>
                <w:lang w:eastAsia="ko-KR"/>
              </w:rPr>
              <w:t>Passport Issuance Date</w:t>
            </w:r>
          </w:p>
        </w:tc>
        <w:tc>
          <w:tcPr>
            <w:tcW w:w="1959" w:type="dxa"/>
            <w:gridSpan w:val="4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21966571" w14:textId="77777777" w:rsidR="00715D7F" w:rsidRDefault="00715D7F" w:rsidP="00715D7F">
            <w:pPr>
              <w:spacing w:after="0"/>
            </w:pPr>
          </w:p>
        </w:tc>
        <w:tc>
          <w:tcPr>
            <w:tcW w:w="2086" w:type="dxa"/>
            <w:gridSpan w:val="4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DCEAF7"/>
            <w:vAlign w:val="center"/>
          </w:tcPr>
          <w:p w14:paraId="4C18C1D2" w14:textId="77777777" w:rsidR="00715D7F" w:rsidRDefault="00715D7F" w:rsidP="00715D7F">
            <w:pPr>
              <w:spacing w:after="0"/>
              <w:rPr>
                <w:b/>
                <w:sz w:val="15"/>
                <w:lang w:eastAsia="ko-KR"/>
              </w:rPr>
            </w:pPr>
            <w:proofErr w:type="spellStart"/>
            <w:r>
              <w:rPr>
                <w:b/>
                <w:sz w:val="15"/>
              </w:rPr>
              <w:t>여권</w:t>
            </w:r>
            <w:proofErr w:type="spellEnd"/>
            <w:r>
              <w:rPr>
                <w:b/>
                <w:sz w:val="15"/>
              </w:rPr>
              <w:t xml:space="preserve"> </w:t>
            </w:r>
            <w:proofErr w:type="spellStart"/>
            <w:r>
              <w:rPr>
                <w:b/>
                <w:sz w:val="15"/>
              </w:rPr>
              <w:t>만료일자</w:t>
            </w:r>
            <w:proofErr w:type="spellEnd"/>
          </w:p>
          <w:p w14:paraId="21BE759F" w14:textId="2437D6F0" w:rsidR="00A64D95" w:rsidRDefault="00A64D95" w:rsidP="00A64D95">
            <w:pPr>
              <w:spacing w:after="0"/>
              <w:rPr>
                <w:lang w:eastAsia="ko-KR"/>
              </w:rPr>
            </w:pPr>
            <w:r w:rsidRPr="00A64D95">
              <w:rPr>
                <w:b/>
                <w:sz w:val="15"/>
                <w:lang w:eastAsia="ko-KR"/>
              </w:rPr>
              <w:t>Passport expiration date</w:t>
            </w:r>
          </w:p>
        </w:tc>
        <w:tc>
          <w:tcPr>
            <w:tcW w:w="1811" w:type="dxa"/>
            <w:gridSpan w:val="3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22B318E0" w14:textId="77777777" w:rsidR="00715D7F" w:rsidRDefault="00715D7F" w:rsidP="00715D7F">
            <w:pPr>
              <w:spacing w:after="0"/>
            </w:pPr>
          </w:p>
        </w:tc>
        <w:tc>
          <w:tcPr>
            <w:tcW w:w="2187" w:type="dxa"/>
            <w:gridSpan w:val="3"/>
            <w:vMerge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4BCE011F" w14:textId="77777777" w:rsidR="00715D7F" w:rsidRDefault="00715D7F" w:rsidP="00715D7F"/>
        </w:tc>
      </w:tr>
      <w:tr w:rsidR="00AA18DF" w14:paraId="305AB1E8" w14:textId="77777777" w:rsidTr="00C03846">
        <w:trPr>
          <w:trHeight w:val="597"/>
          <w:jc w:val="center"/>
        </w:trPr>
        <w:tc>
          <w:tcPr>
            <w:tcW w:w="2439" w:type="dxa"/>
            <w:gridSpan w:val="3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DCEAF7"/>
            <w:vAlign w:val="center"/>
          </w:tcPr>
          <w:p w14:paraId="097B09C6" w14:textId="77777777" w:rsidR="00AA18DF" w:rsidRDefault="00715D7F" w:rsidP="00715D7F">
            <w:pPr>
              <w:spacing w:after="0"/>
              <w:rPr>
                <w:b/>
                <w:sz w:val="15"/>
                <w:lang w:eastAsia="ko-KR"/>
              </w:rPr>
            </w:pPr>
            <w:proofErr w:type="spellStart"/>
            <w:r>
              <w:rPr>
                <w:b/>
                <w:sz w:val="15"/>
              </w:rPr>
              <w:t>외국인등록번호</w:t>
            </w:r>
            <w:proofErr w:type="spellEnd"/>
          </w:p>
          <w:p w14:paraId="649099CE" w14:textId="71BFB67C" w:rsidR="00715D7F" w:rsidRDefault="00AA18DF" w:rsidP="00715D7F">
            <w:pPr>
              <w:spacing w:after="0"/>
            </w:pPr>
            <w:r w:rsidRPr="00AA18DF">
              <w:rPr>
                <w:b/>
                <w:sz w:val="15"/>
              </w:rPr>
              <w:t xml:space="preserve">Foreigner Registration </w:t>
            </w:r>
            <w:r>
              <w:rPr>
                <w:rFonts w:hint="eastAsia"/>
                <w:b/>
                <w:sz w:val="15"/>
                <w:lang w:eastAsia="ko-KR"/>
              </w:rPr>
              <w:t xml:space="preserve"># </w:t>
            </w:r>
          </w:p>
        </w:tc>
        <w:tc>
          <w:tcPr>
            <w:tcW w:w="1959" w:type="dxa"/>
            <w:gridSpan w:val="4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1A69576B" w14:textId="77777777" w:rsidR="00715D7F" w:rsidRDefault="00715D7F" w:rsidP="00715D7F">
            <w:pPr>
              <w:spacing w:after="0"/>
            </w:pPr>
          </w:p>
        </w:tc>
        <w:tc>
          <w:tcPr>
            <w:tcW w:w="2086" w:type="dxa"/>
            <w:gridSpan w:val="4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DCEAF7"/>
            <w:vAlign w:val="center"/>
          </w:tcPr>
          <w:p w14:paraId="4BC47EB3" w14:textId="77777777" w:rsidR="00AA18DF" w:rsidRDefault="00715D7F" w:rsidP="00715D7F">
            <w:pPr>
              <w:spacing w:after="0"/>
              <w:rPr>
                <w:b/>
                <w:sz w:val="15"/>
                <w:lang w:eastAsia="ko-KR"/>
              </w:rPr>
            </w:pPr>
            <w:proofErr w:type="spellStart"/>
            <w:r>
              <w:rPr>
                <w:b/>
                <w:sz w:val="15"/>
              </w:rPr>
              <w:t>이메일</w:t>
            </w:r>
            <w:proofErr w:type="spellEnd"/>
            <w:r w:rsidR="00AA18DF">
              <w:rPr>
                <w:rFonts w:hint="eastAsia"/>
                <w:b/>
                <w:sz w:val="15"/>
                <w:lang w:eastAsia="ko-KR"/>
              </w:rPr>
              <w:t xml:space="preserve"> </w:t>
            </w:r>
          </w:p>
          <w:p w14:paraId="564B66B5" w14:textId="2A0638F9" w:rsidR="00715D7F" w:rsidRDefault="00715D7F" w:rsidP="00715D7F">
            <w:pPr>
              <w:spacing w:after="0"/>
              <w:rPr>
                <w:lang w:eastAsia="ko-KR"/>
              </w:rPr>
            </w:pPr>
            <w:r>
              <w:rPr>
                <w:b/>
                <w:sz w:val="15"/>
              </w:rPr>
              <w:t>E-mail</w:t>
            </w:r>
            <w:r>
              <w:rPr>
                <w:rFonts w:hint="eastAsia"/>
                <w:b/>
                <w:sz w:val="15"/>
                <w:lang w:eastAsia="ko-KR"/>
              </w:rPr>
              <w:t xml:space="preserve"> Address</w:t>
            </w:r>
          </w:p>
        </w:tc>
        <w:tc>
          <w:tcPr>
            <w:tcW w:w="3998" w:type="dxa"/>
            <w:gridSpan w:val="6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6D42A256" w14:textId="77777777" w:rsidR="00715D7F" w:rsidRDefault="00715D7F" w:rsidP="00715D7F">
            <w:pPr>
              <w:spacing w:after="0"/>
            </w:pPr>
          </w:p>
        </w:tc>
      </w:tr>
      <w:tr w:rsidR="00AA18DF" w14:paraId="20C0D380" w14:textId="77777777" w:rsidTr="00C03846">
        <w:trPr>
          <w:trHeight w:val="608"/>
          <w:jc w:val="center"/>
        </w:trPr>
        <w:tc>
          <w:tcPr>
            <w:tcW w:w="2439" w:type="dxa"/>
            <w:gridSpan w:val="3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DCEAF7"/>
            <w:vAlign w:val="center"/>
          </w:tcPr>
          <w:p w14:paraId="520A1467" w14:textId="77777777" w:rsidR="00AA18DF" w:rsidRDefault="00715D7F" w:rsidP="00715D7F">
            <w:pPr>
              <w:spacing w:after="0"/>
              <w:rPr>
                <w:b/>
                <w:sz w:val="15"/>
                <w:lang w:eastAsia="ko-KR"/>
              </w:rPr>
            </w:pPr>
            <w:r>
              <w:rPr>
                <w:b/>
                <w:sz w:val="15"/>
                <w:lang w:eastAsia="ko-KR"/>
              </w:rPr>
              <w:t>SNS 계정</w:t>
            </w:r>
            <w:r>
              <w:rPr>
                <w:rFonts w:hint="eastAsia"/>
                <w:b/>
                <w:sz w:val="15"/>
                <w:lang w:eastAsia="ko-KR"/>
              </w:rPr>
              <w:t xml:space="preserve"> ID</w:t>
            </w:r>
            <w:r w:rsidR="00AA18DF">
              <w:rPr>
                <w:rFonts w:hint="eastAsia"/>
                <w:b/>
                <w:sz w:val="15"/>
                <w:lang w:eastAsia="ko-KR"/>
              </w:rPr>
              <w:t xml:space="preserve"> </w:t>
            </w:r>
          </w:p>
          <w:p w14:paraId="2267E414" w14:textId="69CBFF32" w:rsidR="00715D7F" w:rsidRDefault="00715D7F" w:rsidP="00715D7F">
            <w:pPr>
              <w:spacing w:after="0"/>
              <w:rPr>
                <w:lang w:eastAsia="ko-KR"/>
              </w:rPr>
            </w:pPr>
            <w:r>
              <w:rPr>
                <w:b/>
                <w:sz w:val="15"/>
                <w:lang w:eastAsia="ko-KR"/>
              </w:rPr>
              <w:t>(종류 필수기입)</w:t>
            </w:r>
          </w:p>
        </w:tc>
        <w:tc>
          <w:tcPr>
            <w:tcW w:w="1959" w:type="dxa"/>
            <w:gridSpan w:val="4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06A5A218" w14:textId="77777777" w:rsidR="00715D7F" w:rsidRDefault="00715D7F" w:rsidP="00715D7F">
            <w:pPr>
              <w:spacing w:after="0"/>
              <w:rPr>
                <w:lang w:eastAsia="ko-KR"/>
              </w:rPr>
            </w:pPr>
          </w:p>
        </w:tc>
        <w:tc>
          <w:tcPr>
            <w:tcW w:w="2086" w:type="dxa"/>
            <w:gridSpan w:val="4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DCEAF7"/>
            <w:vAlign w:val="center"/>
          </w:tcPr>
          <w:p w14:paraId="1FA8CE7C" w14:textId="77777777" w:rsidR="00AA18DF" w:rsidRDefault="00715D7F" w:rsidP="00715D7F">
            <w:pPr>
              <w:spacing w:after="0"/>
              <w:rPr>
                <w:b/>
                <w:sz w:val="15"/>
                <w:lang w:eastAsia="ko-KR"/>
              </w:rPr>
            </w:pPr>
            <w:proofErr w:type="spellStart"/>
            <w:r>
              <w:rPr>
                <w:b/>
                <w:sz w:val="15"/>
              </w:rPr>
              <w:t>신청방식</w:t>
            </w:r>
            <w:proofErr w:type="spellEnd"/>
            <w:r w:rsidR="00AA18DF">
              <w:rPr>
                <w:rFonts w:hint="eastAsia"/>
                <w:b/>
                <w:sz w:val="15"/>
                <w:lang w:eastAsia="ko-KR"/>
              </w:rPr>
              <w:t xml:space="preserve"> </w:t>
            </w:r>
          </w:p>
          <w:p w14:paraId="1B48297E" w14:textId="3147843C" w:rsidR="00715D7F" w:rsidRDefault="00715D7F" w:rsidP="00715D7F">
            <w:pPr>
              <w:spacing w:after="0"/>
            </w:pPr>
            <w:r>
              <w:rPr>
                <w:b/>
                <w:sz w:val="15"/>
              </w:rPr>
              <w:t>How to apply</w:t>
            </w:r>
          </w:p>
        </w:tc>
        <w:tc>
          <w:tcPr>
            <w:tcW w:w="3998" w:type="dxa"/>
            <w:gridSpan w:val="6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7315A751" w14:textId="782F1650" w:rsidR="00715D7F" w:rsidRDefault="00715D7F" w:rsidP="00AA18DF">
            <w:pPr>
              <w:spacing w:after="0"/>
              <w:rPr>
                <w:lang w:eastAsia="ko-KR"/>
              </w:rPr>
            </w:pPr>
            <w:r>
              <w:rPr>
                <w:sz w:val="15"/>
                <w:lang w:eastAsia="ko-KR"/>
              </w:rPr>
              <w:t>□ 자매대학 추천</w:t>
            </w:r>
            <w:r>
              <w:rPr>
                <w:rFonts w:hint="eastAsia"/>
                <w:sz w:val="15"/>
                <w:lang w:eastAsia="ko-KR"/>
              </w:rPr>
              <w:t xml:space="preserve"> </w:t>
            </w:r>
            <w:r>
              <w:rPr>
                <w:sz w:val="15"/>
                <w:lang w:eastAsia="ko-KR"/>
              </w:rPr>
              <w:t>□ 개인 □ 유학원</w:t>
            </w:r>
            <w:r w:rsidR="00AA18DF">
              <w:rPr>
                <w:rFonts w:hint="eastAsia"/>
                <w:sz w:val="15"/>
                <w:lang w:eastAsia="ko-KR"/>
              </w:rPr>
              <w:t xml:space="preserve"> </w:t>
            </w:r>
            <w:r>
              <w:rPr>
                <w:sz w:val="15"/>
                <w:lang w:eastAsia="ko-KR"/>
              </w:rPr>
              <w:t xml:space="preserve">□ </w:t>
            </w:r>
            <w:proofErr w:type="spellStart"/>
            <w:r>
              <w:rPr>
                <w:sz w:val="15"/>
                <w:lang w:eastAsia="ko-KR"/>
              </w:rPr>
              <w:t>한세대</w:t>
            </w:r>
            <w:proofErr w:type="spellEnd"/>
            <w:r>
              <w:rPr>
                <w:sz w:val="15"/>
                <w:lang w:eastAsia="ko-KR"/>
              </w:rPr>
              <w:t xml:space="preserve"> 졸업생</w:t>
            </w:r>
          </w:p>
        </w:tc>
      </w:tr>
      <w:tr w:rsidR="00AA18DF" w14:paraId="6C73D001" w14:textId="77777777" w:rsidTr="00C03846">
        <w:trPr>
          <w:trHeight w:val="56"/>
          <w:jc w:val="center"/>
        </w:trPr>
        <w:tc>
          <w:tcPr>
            <w:tcW w:w="2439" w:type="dxa"/>
            <w:gridSpan w:val="3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DCEAF7"/>
            <w:vAlign w:val="center"/>
          </w:tcPr>
          <w:p w14:paraId="6FF79697" w14:textId="77777777" w:rsidR="00AA18DF" w:rsidRDefault="00715D7F" w:rsidP="00715D7F">
            <w:pPr>
              <w:spacing w:after="0"/>
              <w:rPr>
                <w:b/>
                <w:sz w:val="15"/>
                <w:lang w:eastAsia="ko-KR"/>
              </w:rPr>
            </w:pPr>
            <w:proofErr w:type="spellStart"/>
            <w:r>
              <w:rPr>
                <w:b/>
                <w:sz w:val="15"/>
              </w:rPr>
              <w:t>주소</w:t>
            </w:r>
            <w:proofErr w:type="spellEnd"/>
            <w:r w:rsidR="00AA18DF">
              <w:rPr>
                <w:rFonts w:hint="eastAsia"/>
                <w:b/>
                <w:sz w:val="15"/>
                <w:lang w:eastAsia="ko-KR"/>
              </w:rPr>
              <w:t xml:space="preserve"> </w:t>
            </w:r>
          </w:p>
          <w:p w14:paraId="207E9FC2" w14:textId="67BD9B31" w:rsidR="00715D7F" w:rsidRDefault="00715D7F" w:rsidP="00715D7F">
            <w:pPr>
              <w:spacing w:after="0"/>
            </w:pPr>
            <w:r>
              <w:rPr>
                <w:b/>
                <w:sz w:val="15"/>
              </w:rPr>
              <w:t>Mailing Address</w:t>
            </w:r>
          </w:p>
        </w:tc>
        <w:tc>
          <w:tcPr>
            <w:tcW w:w="1959" w:type="dxa"/>
            <w:gridSpan w:val="4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34C3892E" w14:textId="77777777" w:rsidR="00715D7F" w:rsidRDefault="00715D7F" w:rsidP="00715D7F">
            <w:pPr>
              <w:spacing w:after="0"/>
            </w:pPr>
          </w:p>
        </w:tc>
        <w:tc>
          <w:tcPr>
            <w:tcW w:w="2086" w:type="dxa"/>
            <w:gridSpan w:val="4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DCEAF7"/>
            <w:vAlign w:val="center"/>
          </w:tcPr>
          <w:p w14:paraId="1E189CE3" w14:textId="77777777" w:rsidR="00AA18DF" w:rsidRDefault="00715D7F" w:rsidP="00715D7F">
            <w:pPr>
              <w:spacing w:after="0"/>
              <w:rPr>
                <w:b/>
                <w:sz w:val="15"/>
                <w:lang w:eastAsia="ko-KR"/>
              </w:rPr>
            </w:pPr>
            <w:proofErr w:type="spellStart"/>
            <w:r>
              <w:rPr>
                <w:b/>
                <w:sz w:val="15"/>
              </w:rPr>
              <w:t>전화번호</w:t>
            </w:r>
            <w:proofErr w:type="spellEnd"/>
            <w:r w:rsidR="00AA18DF">
              <w:rPr>
                <w:rFonts w:hint="eastAsia"/>
                <w:b/>
                <w:sz w:val="15"/>
                <w:lang w:eastAsia="ko-KR"/>
              </w:rPr>
              <w:t xml:space="preserve"> </w:t>
            </w:r>
          </w:p>
          <w:p w14:paraId="4C7269ED" w14:textId="3BC560A0" w:rsidR="00715D7F" w:rsidRDefault="00715D7F" w:rsidP="00715D7F">
            <w:pPr>
              <w:spacing w:after="0"/>
            </w:pPr>
            <w:r>
              <w:rPr>
                <w:b/>
                <w:sz w:val="15"/>
              </w:rPr>
              <w:t>Home Phone</w:t>
            </w:r>
          </w:p>
        </w:tc>
        <w:tc>
          <w:tcPr>
            <w:tcW w:w="3998" w:type="dxa"/>
            <w:gridSpan w:val="6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7BFE78F9" w14:textId="77777777" w:rsidR="00715D7F" w:rsidRDefault="00715D7F" w:rsidP="00715D7F">
            <w:pPr>
              <w:spacing w:after="0"/>
            </w:pPr>
          </w:p>
        </w:tc>
      </w:tr>
      <w:tr w:rsidR="00AA18DF" w14:paraId="65BD7B1D" w14:textId="77777777" w:rsidTr="00C03846">
        <w:trPr>
          <w:trHeight w:val="56"/>
          <w:jc w:val="center"/>
        </w:trPr>
        <w:tc>
          <w:tcPr>
            <w:tcW w:w="2439" w:type="dxa"/>
            <w:gridSpan w:val="3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DCEAF7"/>
            <w:vAlign w:val="center"/>
          </w:tcPr>
          <w:p w14:paraId="5E14D3AD" w14:textId="77777777" w:rsidR="00AA18DF" w:rsidRDefault="00715D7F" w:rsidP="00715D7F">
            <w:pPr>
              <w:spacing w:after="0"/>
              <w:rPr>
                <w:b/>
                <w:sz w:val="15"/>
                <w:lang w:eastAsia="ko-KR"/>
              </w:rPr>
            </w:pPr>
            <w:proofErr w:type="spellStart"/>
            <w:r>
              <w:rPr>
                <w:b/>
                <w:sz w:val="15"/>
              </w:rPr>
              <w:t>한국</w:t>
            </w:r>
            <w:proofErr w:type="spellEnd"/>
            <w:r>
              <w:rPr>
                <w:rFonts w:hint="eastAsia"/>
                <w:b/>
                <w:sz w:val="15"/>
                <w:lang w:eastAsia="ko-KR"/>
              </w:rPr>
              <w:t xml:space="preserve"> </w:t>
            </w:r>
            <w:proofErr w:type="spellStart"/>
            <w:r>
              <w:rPr>
                <w:b/>
                <w:sz w:val="15"/>
              </w:rPr>
              <w:t>주소</w:t>
            </w:r>
            <w:proofErr w:type="spellEnd"/>
            <w:r w:rsidR="00AA18DF">
              <w:rPr>
                <w:rFonts w:hint="eastAsia"/>
                <w:b/>
                <w:sz w:val="15"/>
                <w:lang w:eastAsia="ko-KR"/>
              </w:rPr>
              <w:t xml:space="preserve"> </w:t>
            </w:r>
          </w:p>
          <w:p w14:paraId="31FFB7C4" w14:textId="08591F5C" w:rsidR="00715D7F" w:rsidRDefault="00715D7F" w:rsidP="00715D7F">
            <w:pPr>
              <w:spacing w:after="0"/>
            </w:pPr>
            <w:r>
              <w:rPr>
                <w:b/>
                <w:sz w:val="15"/>
              </w:rPr>
              <w:t>Address in Korea</w:t>
            </w:r>
          </w:p>
        </w:tc>
        <w:tc>
          <w:tcPr>
            <w:tcW w:w="1959" w:type="dxa"/>
            <w:gridSpan w:val="4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3A39A85B" w14:textId="77777777" w:rsidR="00715D7F" w:rsidRDefault="00715D7F" w:rsidP="00715D7F">
            <w:pPr>
              <w:spacing w:after="0"/>
            </w:pPr>
          </w:p>
        </w:tc>
        <w:tc>
          <w:tcPr>
            <w:tcW w:w="2086" w:type="dxa"/>
            <w:gridSpan w:val="4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DCEAF7"/>
            <w:vAlign w:val="center"/>
          </w:tcPr>
          <w:p w14:paraId="69033998" w14:textId="77777777" w:rsidR="00AA18DF" w:rsidRDefault="00715D7F" w:rsidP="00715D7F">
            <w:pPr>
              <w:spacing w:after="0"/>
              <w:rPr>
                <w:b/>
                <w:sz w:val="15"/>
                <w:lang w:eastAsia="ko-KR"/>
              </w:rPr>
            </w:pPr>
            <w:proofErr w:type="spellStart"/>
            <w:r>
              <w:rPr>
                <w:b/>
                <w:sz w:val="15"/>
              </w:rPr>
              <w:t>한국</w:t>
            </w:r>
            <w:proofErr w:type="spellEnd"/>
            <w:r>
              <w:rPr>
                <w:rFonts w:hint="eastAsia"/>
                <w:b/>
                <w:sz w:val="15"/>
                <w:lang w:eastAsia="ko-KR"/>
              </w:rPr>
              <w:t xml:space="preserve"> </w:t>
            </w:r>
            <w:proofErr w:type="spellStart"/>
            <w:r>
              <w:rPr>
                <w:b/>
                <w:sz w:val="15"/>
              </w:rPr>
              <w:t>전화번호</w:t>
            </w:r>
            <w:proofErr w:type="spellEnd"/>
            <w:r w:rsidR="00AA18DF">
              <w:rPr>
                <w:rFonts w:hint="eastAsia"/>
                <w:b/>
                <w:sz w:val="15"/>
                <w:lang w:eastAsia="ko-KR"/>
              </w:rPr>
              <w:t xml:space="preserve"> </w:t>
            </w:r>
          </w:p>
          <w:p w14:paraId="50FC6FD8" w14:textId="60098A15" w:rsidR="00715D7F" w:rsidRDefault="00715D7F" w:rsidP="00715D7F">
            <w:pPr>
              <w:spacing w:after="0"/>
            </w:pPr>
            <w:r>
              <w:rPr>
                <w:b/>
                <w:sz w:val="15"/>
              </w:rPr>
              <w:t>Phone in Korea</w:t>
            </w:r>
          </w:p>
        </w:tc>
        <w:tc>
          <w:tcPr>
            <w:tcW w:w="3998" w:type="dxa"/>
            <w:gridSpan w:val="6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7486782E" w14:textId="77777777" w:rsidR="00715D7F" w:rsidRDefault="00715D7F" w:rsidP="00715D7F">
            <w:pPr>
              <w:spacing w:after="0"/>
            </w:pPr>
          </w:p>
        </w:tc>
      </w:tr>
      <w:tr w:rsidR="000675E1" w14:paraId="68746131" w14:textId="77777777" w:rsidTr="00C03846">
        <w:trPr>
          <w:trHeight w:val="56"/>
          <w:jc w:val="center"/>
        </w:trPr>
        <w:tc>
          <w:tcPr>
            <w:tcW w:w="2439" w:type="dxa"/>
            <w:gridSpan w:val="3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DCEAF7"/>
            <w:vAlign w:val="center"/>
          </w:tcPr>
          <w:p w14:paraId="3128F1DC" w14:textId="1F98C31C" w:rsidR="00A64D95" w:rsidRDefault="00A64D95" w:rsidP="00A64D95">
            <w:pPr>
              <w:spacing w:after="0"/>
              <w:rPr>
                <w:lang w:eastAsia="ko-KR"/>
              </w:rPr>
            </w:pPr>
            <w:proofErr w:type="spellStart"/>
            <w:r>
              <w:rPr>
                <w:b/>
                <w:sz w:val="15"/>
              </w:rPr>
              <w:t>입학추천</w:t>
            </w:r>
            <w:proofErr w:type="spellEnd"/>
            <w:r>
              <w:rPr>
                <w:b/>
                <w:sz w:val="15"/>
              </w:rPr>
              <w:t xml:space="preserve"> </w:t>
            </w:r>
            <w:proofErr w:type="spellStart"/>
            <w:r>
              <w:rPr>
                <w:b/>
                <w:sz w:val="15"/>
              </w:rPr>
              <w:t>기관</w:t>
            </w:r>
            <w:proofErr w:type="spellEnd"/>
            <w:r>
              <w:rPr>
                <w:b/>
                <w:sz w:val="15"/>
              </w:rPr>
              <w:t>/</w:t>
            </w:r>
            <w:proofErr w:type="spellStart"/>
            <w:r>
              <w:rPr>
                <w:b/>
                <w:sz w:val="15"/>
              </w:rPr>
              <w:t>개인</w:t>
            </w:r>
            <w:proofErr w:type="spellEnd"/>
            <w:r w:rsidR="00AA18DF">
              <w:rPr>
                <w:b/>
                <w:sz w:val="15"/>
              </w:rPr>
              <w:t xml:space="preserve"> </w:t>
            </w:r>
            <w:r w:rsidR="00AA18DF">
              <w:rPr>
                <w:rFonts w:hint="eastAsia"/>
                <w:b/>
                <w:sz w:val="15"/>
                <w:lang w:eastAsia="ko-KR"/>
              </w:rPr>
              <w:t>(</w:t>
            </w:r>
            <w:proofErr w:type="spellStart"/>
            <w:r w:rsidR="00AA18DF">
              <w:rPr>
                <w:b/>
                <w:sz w:val="15"/>
              </w:rPr>
              <w:t>기입필수</w:t>
            </w:r>
            <w:proofErr w:type="spellEnd"/>
            <w:r w:rsidR="00AA18DF">
              <w:rPr>
                <w:b/>
                <w:sz w:val="15"/>
              </w:rPr>
              <w:t>)</w:t>
            </w:r>
            <w:r>
              <w:rPr>
                <w:b/>
                <w:sz w:val="15"/>
              </w:rPr>
              <w:br/>
              <w:t>Admissions Agency/ Individual</w:t>
            </w:r>
            <w:r>
              <w:rPr>
                <w:rFonts w:hint="eastAsia"/>
                <w:b/>
                <w:sz w:val="15"/>
                <w:lang w:eastAsia="ko-KR"/>
              </w:rPr>
              <w:t xml:space="preserve"> </w:t>
            </w:r>
          </w:p>
        </w:tc>
        <w:tc>
          <w:tcPr>
            <w:tcW w:w="1959" w:type="dxa"/>
            <w:gridSpan w:val="4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4C8A20E5" w14:textId="77777777" w:rsidR="00A64D95" w:rsidRDefault="00A64D95" w:rsidP="00A64D95">
            <w:pPr>
              <w:spacing w:after="0"/>
            </w:pPr>
          </w:p>
        </w:tc>
        <w:tc>
          <w:tcPr>
            <w:tcW w:w="2086" w:type="dxa"/>
            <w:gridSpan w:val="4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DCEAF7"/>
            <w:vAlign w:val="center"/>
          </w:tcPr>
          <w:p w14:paraId="6A1CD7EA" w14:textId="15FCF6BE" w:rsidR="00A64D95" w:rsidRDefault="00A64D95" w:rsidP="00A64D95">
            <w:pPr>
              <w:spacing w:after="0"/>
            </w:pPr>
            <w:proofErr w:type="spellStart"/>
            <w:r>
              <w:rPr>
                <w:b/>
                <w:sz w:val="15"/>
              </w:rPr>
              <w:t>한국어능력</w:t>
            </w:r>
            <w:proofErr w:type="spellEnd"/>
            <w:r>
              <w:rPr>
                <w:b/>
                <w:sz w:val="15"/>
              </w:rPr>
              <w:br/>
              <w:t>Korean Proficiency</w:t>
            </w:r>
          </w:p>
        </w:tc>
        <w:tc>
          <w:tcPr>
            <w:tcW w:w="3998" w:type="dxa"/>
            <w:gridSpan w:val="6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0AD35519" w14:textId="31FB2E5B" w:rsidR="00A64D95" w:rsidRDefault="00A64D95" w:rsidP="00A64D95">
            <w:pPr>
              <w:spacing w:after="0"/>
            </w:pPr>
            <w:r>
              <w:rPr>
                <w:sz w:val="15"/>
              </w:rPr>
              <w:t xml:space="preserve">□ 상 </w:t>
            </w:r>
            <w:proofErr w:type="gramStart"/>
            <w:r>
              <w:rPr>
                <w:sz w:val="15"/>
              </w:rPr>
              <w:t>Good  □</w:t>
            </w:r>
            <w:proofErr w:type="gramEnd"/>
            <w:r>
              <w:rPr>
                <w:sz w:val="15"/>
              </w:rPr>
              <w:t xml:space="preserve"> 중 Middle  □ 하 Basic</w:t>
            </w:r>
          </w:p>
        </w:tc>
      </w:tr>
      <w:tr w:rsidR="00A64D95" w14:paraId="411EFD52" w14:textId="77777777" w:rsidTr="00C03846">
        <w:trPr>
          <w:trHeight w:val="56"/>
          <w:jc w:val="center"/>
        </w:trPr>
        <w:tc>
          <w:tcPr>
            <w:tcW w:w="2439" w:type="dxa"/>
            <w:gridSpan w:val="3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DCEAF7"/>
            <w:vAlign w:val="center"/>
          </w:tcPr>
          <w:p w14:paraId="0CA42C9B" w14:textId="4724754E" w:rsidR="00A64D95" w:rsidRDefault="00A64D95" w:rsidP="00A64D95">
            <w:pPr>
              <w:spacing w:after="0"/>
              <w:rPr>
                <w:lang w:eastAsia="ko-KR"/>
              </w:rPr>
            </w:pPr>
            <w:proofErr w:type="spellStart"/>
            <w:r>
              <w:rPr>
                <w:b/>
                <w:sz w:val="15"/>
              </w:rPr>
              <w:t>합격후</w:t>
            </w:r>
            <w:proofErr w:type="spellEnd"/>
            <w:r>
              <w:rPr>
                <w:b/>
                <w:sz w:val="15"/>
              </w:rPr>
              <w:t xml:space="preserve"> </w:t>
            </w:r>
            <w:proofErr w:type="spellStart"/>
            <w:r>
              <w:rPr>
                <w:b/>
                <w:sz w:val="15"/>
              </w:rPr>
              <w:t>한국거주</w:t>
            </w:r>
            <w:proofErr w:type="spellEnd"/>
            <w:r>
              <w:rPr>
                <w:b/>
                <w:sz w:val="15"/>
              </w:rPr>
              <w:t xml:space="preserve"> </w:t>
            </w:r>
            <w:proofErr w:type="spellStart"/>
            <w:r>
              <w:rPr>
                <w:b/>
                <w:sz w:val="15"/>
              </w:rPr>
              <w:t>예정</w:t>
            </w:r>
            <w:proofErr w:type="spellEnd"/>
            <w:r>
              <w:rPr>
                <w:b/>
                <w:sz w:val="15"/>
              </w:rPr>
              <w:t xml:space="preserve"> </w:t>
            </w:r>
            <w:proofErr w:type="spellStart"/>
            <w:r>
              <w:rPr>
                <w:b/>
                <w:sz w:val="15"/>
              </w:rPr>
              <w:t>정보</w:t>
            </w:r>
            <w:proofErr w:type="spellEnd"/>
            <w:r>
              <w:rPr>
                <w:b/>
                <w:sz w:val="15"/>
              </w:rPr>
              <w:br/>
              <w:t>Where to live after admission</w:t>
            </w:r>
            <w:r w:rsidR="00AA18DF">
              <w:rPr>
                <w:rFonts w:hint="eastAsia"/>
                <w:b/>
                <w:sz w:val="15"/>
                <w:lang w:eastAsia="ko-KR"/>
              </w:rPr>
              <w:t>?</w:t>
            </w:r>
          </w:p>
        </w:tc>
        <w:tc>
          <w:tcPr>
            <w:tcW w:w="8043" w:type="dxa"/>
            <w:gridSpan w:val="14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114FE55E" w14:textId="493CF2C6" w:rsidR="00A64D95" w:rsidRDefault="00A64D95" w:rsidP="00A64D95">
            <w:pPr>
              <w:spacing w:after="0"/>
            </w:pPr>
            <w:r>
              <w:rPr>
                <w:sz w:val="15"/>
              </w:rPr>
              <w:t xml:space="preserve">□ </w:t>
            </w:r>
            <w:proofErr w:type="spellStart"/>
            <w:r>
              <w:rPr>
                <w:sz w:val="15"/>
              </w:rPr>
              <w:t>학교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숙소</w:t>
            </w:r>
            <w:proofErr w:type="spellEnd"/>
            <w:r>
              <w:rPr>
                <w:sz w:val="15"/>
              </w:rPr>
              <w:t xml:space="preserve"> School dormitories</w:t>
            </w:r>
            <w:r>
              <w:rPr>
                <w:rFonts w:hint="eastAsia"/>
                <w:sz w:val="15"/>
                <w:lang w:eastAsia="ko-KR"/>
              </w:rPr>
              <w:t xml:space="preserve">    </w:t>
            </w:r>
            <w:r>
              <w:rPr>
                <w:sz w:val="15"/>
              </w:rPr>
              <w:t xml:space="preserve">□ </w:t>
            </w:r>
            <w:proofErr w:type="spellStart"/>
            <w:r>
              <w:rPr>
                <w:sz w:val="15"/>
              </w:rPr>
              <w:t>개인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숙소</w:t>
            </w:r>
            <w:proofErr w:type="spellEnd"/>
            <w:r>
              <w:rPr>
                <w:sz w:val="15"/>
              </w:rPr>
              <w:t xml:space="preserve"> Your personal home</w:t>
            </w:r>
          </w:p>
        </w:tc>
      </w:tr>
      <w:tr w:rsidR="0090561E" w14:paraId="2706BA0E" w14:textId="77777777" w:rsidTr="00C03846">
        <w:trPr>
          <w:jc w:val="center"/>
        </w:trPr>
        <w:tc>
          <w:tcPr>
            <w:tcW w:w="10482" w:type="dxa"/>
            <w:gridSpan w:val="17"/>
            <w:shd w:val="clear" w:color="auto" w:fill="1F4E78"/>
            <w:vAlign w:val="center"/>
          </w:tcPr>
          <w:p w14:paraId="5B88B7F9" w14:textId="73BBD07E" w:rsidR="0090561E" w:rsidRDefault="00F96B82">
            <w:pPr>
              <w:spacing w:after="0"/>
              <w:ind w:left="85"/>
            </w:pPr>
            <w:r>
              <w:br w:type="page"/>
            </w:r>
            <w:r>
              <w:rPr>
                <w:b/>
                <w:color w:val="FFFFFF"/>
                <w:sz w:val="21"/>
              </w:rPr>
              <w:t xml:space="preserve">2. </w:t>
            </w:r>
            <w:proofErr w:type="spellStart"/>
            <w:r>
              <w:rPr>
                <w:b/>
                <w:color w:val="FFFFFF"/>
                <w:sz w:val="21"/>
              </w:rPr>
              <w:t>보호자</w:t>
            </w:r>
            <w:proofErr w:type="spellEnd"/>
            <w:r>
              <w:rPr>
                <w:b/>
                <w:color w:val="FFFFFF"/>
                <w:sz w:val="21"/>
              </w:rPr>
              <w:t xml:space="preserve"> </w:t>
            </w:r>
            <w:proofErr w:type="spellStart"/>
            <w:r>
              <w:rPr>
                <w:b/>
                <w:color w:val="FFFFFF"/>
                <w:sz w:val="21"/>
              </w:rPr>
              <w:t>인적사항</w:t>
            </w:r>
            <w:proofErr w:type="spellEnd"/>
            <w:r>
              <w:rPr>
                <w:b/>
                <w:color w:val="FFFFFF"/>
                <w:sz w:val="21"/>
              </w:rPr>
              <w:t xml:space="preserve">   PARENTS OR GUARDIAN INFORMATION / </w:t>
            </w:r>
            <w:proofErr w:type="spellStart"/>
            <w:r>
              <w:rPr>
                <w:b/>
                <w:color w:val="FFFFFF"/>
                <w:sz w:val="21"/>
              </w:rPr>
              <w:t>父母或监护人资料</w:t>
            </w:r>
            <w:proofErr w:type="spellEnd"/>
          </w:p>
        </w:tc>
      </w:tr>
      <w:tr w:rsidR="00C03846" w14:paraId="1CA17F4C" w14:textId="77777777" w:rsidTr="00C03846">
        <w:trPr>
          <w:trHeight w:val="174"/>
          <w:jc w:val="center"/>
        </w:trPr>
        <w:tc>
          <w:tcPr>
            <w:tcW w:w="1418" w:type="dxa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1F4E78"/>
            <w:vAlign w:val="center"/>
          </w:tcPr>
          <w:p w14:paraId="03FA0543" w14:textId="77777777" w:rsidR="0090561E" w:rsidRDefault="00F96B82">
            <w:pPr>
              <w:spacing w:after="0"/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관계</w:t>
            </w:r>
            <w:proofErr w:type="spellEnd"/>
            <w:r>
              <w:rPr>
                <w:b/>
                <w:color w:val="FFFFFF"/>
                <w:sz w:val="17"/>
              </w:rPr>
              <w:br/>
              <w:t>Relationship</w:t>
            </w:r>
          </w:p>
        </w:tc>
        <w:tc>
          <w:tcPr>
            <w:tcW w:w="1919" w:type="dxa"/>
            <w:gridSpan w:val="5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1F4E78"/>
            <w:vAlign w:val="center"/>
          </w:tcPr>
          <w:p w14:paraId="29A89E41" w14:textId="77777777" w:rsidR="0090561E" w:rsidRDefault="00F96B82">
            <w:pPr>
              <w:spacing w:after="0"/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성명</w:t>
            </w:r>
            <w:proofErr w:type="spellEnd"/>
            <w:r>
              <w:rPr>
                <w:b/>
                <w:color w:val="FFFFFF"/>
                <w:sz w:val="17"/>
              </w:rPr>
              <w:br/>
              <w:t>Name</w:t>
            </w:r>
          </w:p>
        </w:tc>
        <w:tc>
          <w:tcPr>
            <w:tcW w:w="1604" w:type="dxa"/>
            <w:gridSpan w:val="3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1F4E78"/>
            <w:vAlign w:val="center"/>
          </w:tcPr>
          <w:p w14:paraId="44CBDEF5" w14:textId="77777777" w:rsidR="0090561E" w:rsidRDefault="00F96B82">
            <w:pPr>
              <w:spacing w:after="0"/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국적</w:t>
            </w:r>
            <w:proofErr w:type="spellEnd"/>
            <w:r>
              <w:rPr>
                <w:b/>
                <w:color w:val="FFFFFF"/>
                <w:sz w:val="17"/>
              </w:rPr>
              <w:br/>
              <w:t>Nationality</w:t>
            </w:r>
          </w:p>
        </w:tc>
        <w:tc>
          <w:tcPr>
            <w:tcW w:w="1928" w:type="dxa"/>
            <w:gridSpan w:val="3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1F4E78"/>
            <w:vAlign w:val="center"/>
          </w:tcPr>
          <w:p w14:paraId="5C353172" w14:textId="77777777" w:rsidR="0090561E" w:rsidRDefault="00F96B82">
            <w:pPr>
              <w:spacing w:after="0"/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직업</w:t>
            </w:r>
            <w:proofErr w:type="spellEnd"/>
            <w:r>
              <w:rPr>
                <w:b/>
                <w:color w:val="FFFFFF"/>
                <w:sz w:val="17"/>
              </w:rPr>
              <w:br/>
              <w:t>Occupation</w:t>
            </w:r>
          </w:p>
        </w:tc>
        <w:tc>
          <w:tcPr>
            <w:tcW w:w="1610" w:type="dxa"/>
            <w:gridSpan w:val="3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1F4E78"/>
            <w:vAlign w:val="center"/>
          </w:tcPr>
          <w:p w14:paraId="7FB6D773" w14:textId="77777777" w:rsidR="0090561E" w:rsidRDefault="00F96B82">
            <w:pPr>
              <w:spacing w:after="0"/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소득</w:t>
            </w:r>
            <w:proofErr w:type="spellEnd"/>
            <w:r>
              <w:rPr>
                <w:b/>
                <w:color w:val="FFFFFF"/>
                <w:sz w:val="17"/>
              </w:rPr>
              <w:br/>
              <w:t>Income</w:t>
            </w:r>
          </w:p>
        </w:tc>
        <w:tc>
          <w:tcPr>
            <w:tcW w:w="2003" w:type="dxa"/>
            <w:gridSpan w:val="2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1F4E78"/>
            <w:vAlign w:val="center"/>
          </w:tcPr>
          <w:p w14:paraId="24744C58" w14:textId="77777777" w:rsidR="0090561E" w:rsidRDefault="00F96B82">
            <w:pPr>
              <w:spacing w:after="0"/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연락처</w:t>
            </w:r>
            <w:proofErr w:type="spellEnd"/>
            <w:r>
              <w:rPr>
                <w:b/>
                <w:color w:val="FFFFFF"/>
                <w:sz w:val="17"/>
              </w:rPr>
              <w:t xml:space="preserve"> / </w:t>
            </w:r>
            <w:proofErr w:type="spellStart"/>
            <w:r>
              <w:rPr>
                <w:b/>
                <w:color w:val="FFFFFF"/>
                <w:sz w:val="17"/>
              </w:rPr>
              <w:t>비고</w:t>
            </w:r>
            <w:proofErr w:type="spellEnd"/>
            <w:r>
              <w:rPr>
                <w:b/>
                <w:color w:val="FFFFFF"/>
                <w:sz w:val="17"/>
              </w:rPr>
              <w:br/>
              <w:t>Contact / Remark</w:t>
            </w:r>
          </w:p>
        </w:tc>
      </w:tr>
      <w:tr w:rsidR="00C03846" w14:paraId="6698075F" w14:textId="77777777" w:rsidTr="00C03846">
        <w:trPr>
          <w:trHeight w:val="757"/>
          <w:jc w:val="center"/>
        </w:trPr>
        <w:tc>
          <w:tcPr>
            <w:tcW w:w="1418" w:type="dxa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F5F8FB"/>
            <w:vAlign w:val="center"/>
          </w:tcPr>
          <w:p w14:paraId="7A9D4A57" w14:textId="18800B96" w:rsidR="0090561E" w:rsidRDefault="00F96B82">
            <w:pPr>
              <w:spacing w:after="0"/>
              <w:jc w:val="center"/>
              <w:rPr>
                <w:lang w:eastAsia="ko-KR"/>
              </w:rPr>
            </w:pPr>
            <w:r>
              <w:rPr>
                <w:b/>
                <w:sz w:val="17"/>
              </w:rPr>
              <w:t xml:space="preserve">부 / Father </w:t>
            </w:r>
          </w:p>
        </w:tc>
        <w:tc>
          <w:tcPr>
            <w:tcW w:w="1919" w:type="dxa"/>
            <w:gridSpan w:val="5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F5F8FB"/>
            <w:vAlign w:val="center"/>
          </w:tcPr>
          <w:p w14:paraId="7F39F399" w14:textId="77777777" w:rsidR="0090561E" w:rsidRDefault="0090561E">
            <w:pPr>
              <w:spacing w:after="0"/>
            </w:pPr>
          </w:p>
        </w:tc>
        <w:tc>
          <w:tcPr>
            <w:tcW w:w="1604" w:type="dxa"/>
            <w:gridSpan w:val="3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F5F8FB"/>
            <w:vAlign w:val="center"/>
          </w:tcPr>
          <w:p w14:paraId="6D43287E" w14:textId="77777777" w:rsidR="0090561E" w:rsidRDefault="0090561E">
            <w:pPr>
              <w:spacing w:after="0"/>
            </w:pPr>
          </w:p>
        </w:tc>
        <w:tc>
          <w:tcPr>
            <w:tcW w:w="1928" w:type="dxa"/>
            <w:gridSpan w:val="3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F5F8FB"/>
            <w:vAlign w:val="center"/>
          </w:tcPr>
          <w:p w14:paraId="447569FA" w14:textId="77777777" w:rsidR="0090561E" w:rsidRDefault="0090561E">
            <w:pPr>
              <w:spacing w:after="0"/>
            </w:pPr>
          </w:p>
        </w:tc>
        <w:tc>
          <w:tcPr>
            <w:tcW w:w="1610" w:type="dxa"/>
            <w:gridSpan w:val="3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F5F8FB"/>
            <w:vAlign w:val="center"/>
          </w:tcPr>
          <w:p w14:paraId="676F6D91" w14:textId="77777777" w:rsidR="0090561E" w:rsidRDefault="0090561E">
            <w:pPr>
              <w:spacing w:after="0"/>
            </w:pPr>
          </w:p>
        </w:tc>
        <w:tc>
          <w:tcPr>
            <w:tcW w:w="2003" w:type="dxa"/>
            <w:gridSpan w:val="2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F5F8FB"/>
            <w:vAlign w:val="center"/>
          </w:tcPr>
          <w:p w14:paraId="38CB3409" w14:textId="77777777" w:rsidR="0090561E" w:rsidRDefault="0090561E">
            <w:pPr>
              <w:spacing w:after="0"/>
            </w:pPr>
          </w:p>
        </w:tc>
      </w:tr>
      <w:tr w:rsidR="0090561E" w14:paraId="1965FD7F" w14:textId="77777777" w:rsidTr="00C03846">
        <w:trPr>
          <w:trHeight w:val="706"/>
          <w:jc w:val="center"/>
        </w:trPr>
        <w:tc>
          <w:tcPr>
            <w:tcW w:w="1418" w:type="dxa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715FBA00" w14:textId="495FEC92" w:rsidR="0090561E" w:rsidRDefault="00F96B82">
            <w:pPr>
              <w:spacing w:after="0"/>
              <w:jc w:val="center"/>
              <w:rPr>
                <w:lang w:eastAsia="ko-KR"/>
              </w:rPr>
            </w:pPr>
            <w:r>
              <w:rPr>
                <w:b/>
                <w:sz w:val="17"/>
              </w:rPr>
              <w:t xml:space="preserve">모 / Mother </w:t>
            </w:r>
          </w:p>
        </w:tc>
        <w:tc>
          <w:tcPr>
            <w:tcW w:w="1919" w:type="dxa"/>
            <w:gridSpan w:val="5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006F80D3" w14:textId="77777777" w:rsidR="0090561E" w:rsidRDefault="0090561E">
            <w:pPr>
              <w:spacing w:after="0"/>
            </w:pPr>
          </w:p>
        </w:tc>
        <w:tc>
          <w:tcPr>
            <w:tcW w:w="1604" w:type="dxa"/>
            <w:gridSpan w:val="3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50ADC4A4" w14:textId="77777777" w:rsidR="0090561E" w:rsidRDefault="0090561E">
            <w:pPr>
              <w:spacing w:after="0"/>
            </w:pPr>
          </w:p>
        </w:tc>
        <w:tc>
          <w:tcPr>
            <w:tcW w:w="1928" w:type="dxa"/>
            <w:gridSpan w:val="3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355DA4F1" w14:textId="77777777" w:rsidR="0090561E" w:rsidRDefault="0090561E">
            <w:pPr>
              <w:spacing w:after="0"/>
            </w:pPr>
          </w:p>
        </w:tc>
        <w:tc>
          <w:tcPr>
            <w:tcW w:w="1610" w:type="dxa"/>
            <w:gridSpan w:val="3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648D7CED" w14:textId="77777777" w:rsidR="0090561E" w:rsidRDefault="0090561E">
            <w:pPr>
              <w:spacing w:after="0"/>
            </w:pPr>
          </w:p>
        </w:tc>
        <w:tc>
          <w:tcPr>
            <w:tcW w:w="2003" w:type="dxa"/>
            <w:gridSpan w:val="2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22FE85F6" w14:textId="77777777" w:rsidR="0090561E" w:rsidRDefault="0090561E">
            <w:pPr>
              <w:spacing w:after="0"/>
            </w:pPr>
          </w:p>
        </w:tc>
      </w:tr>
      <w:tr w:rsidR="0090561E" w14:paraId="73A2FFC9" w14:textId="77777777" w:rsidTr="00C03846">
        <w:trPr>
          <w:jc w:val="center"/>
        </w:trPr>
        <w:tc>
          <w:tcPr>
            <w:tcW w:w="10482" w:type="dxa"/>
            <w:gridSpan w:val="17"/>
            <w:shd w:val="clear" w:color="auto" w:fill="1F4E78"/>
            <w:vAlign w:val="center"/>
          </w:tcPr>
          <w:p w14:paraId="2A35F920" w14:textId="77777777" w:rsidR="0090561E" w:rsidRDefault="00F96B82">
            <w:pPr>
              <w:spacing w:after="0"/>
              <w:ind w:left="85"/>
            </w:pPr>
            <w:r>
              <w:rPr>
                <w:b/>
                <w:color w:val="FFFFFF"/>
                <w:sz w:val="21"/>
              </w:rPr>
              <w:lastRenderedPageBreak/>
              <w:t xml:space="preserve">3. </w:t>
            </w:r>
            <w:proofErr w:type="spellStart"/>
            <w:r>
              <w:rPr>
                <w:b/>
                <w:color w:val="FFFFFF"/>
                <w:sz w:val="21"/>
              </w:rPr>
              <w:t>학력사항</w:t>
            </w:r>
            <w:proofErr w:type="spellEnd"/>
            <w:r>
              <w:rPr>
                <w:b/>
                <w:color w:val="FFFFFF"/>
                <w:sz w:val="21"/>
              </w:rPr>
              <w:t xml:space="preserve">   EDUCATIONAL INFORMATION / </w:t>
            </w:r>
            <w:proofErr w:type="spellStart"/>
            <w:r>
              <w:rPr>
                <w:b/>
                <w:color w:val="FFFFFF"/>
                <w:sz w:val="21"/>
              </w:rPr>
              <w:t>学习经历</w:t>
            </w:r>
            <w:proofErr w:type="spellEnd"/>
          </w:p>
        </w:tc>
      </w:tr>
      <w:tr w:rsidR="000675E1" w14:paraId="774BC1B1" w14:textId="77777777" w:rsidTr="00C03846">
        <w:trPr>
          <w:trHeight w:val="657"/>
          <w:jc w:val="center"/>
        </w:trPr>
        <w:tc>
          <w:tcPr>
            <w:tcW w:w="1815" w:type="dxa"/>
            <w:gridSpan w:val="2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1F4E78"/>
            <w:vAlign w:val="center"/>
          </w:tcPr>
          <w:p w14:paraId="434BEE62" w14:textId="77777777" w:rsidR="00A64D95" w:rsidRDefault="00A64D95" w:rsidP="00A64D95">
            <w:pPr>
              <w:spacing w:after="0"/>
              <w:jc w:val="center"/>
            </w:pPr>
            <w:bookmarkStart w:id="0" w:name="_Hlk241584790"/>
            <w:proofErr w:type="spellStart"/>
            <w:r>
              <w:rPr>
                <w:b/>
                <w:color w:val="FFFFFF"/>
                <w:sz w:val="16"/>
              </w:rPr>
              <w:t>학교명</w:t>
            </w:r>
            <w:proofErr w:type="spellEnd"/>
            <w:r>
              <w:rPr>
                <w:b/>
                <w:color w:val="FFFFFF"/>
                <w:sz w:val="16"/>
              </w:rPr>
              <w:br/>
              <w:t>School name</w:t>
            </w:r>
          </w:p>
        </w:tc>
        <w:tc>
          <w:tcPr>
            <w:tcW w:w="1127" w:type="dxa"/>
            <w:gridSpan w:val="2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1F4E78"/>
            <w:vAlign w:val="center"/>
          </w:tcPr>
          <w:p w14:paraId="5304EF7B" w14:textId="77777777" w:rsidR="00A64D95" w:rsidRDefault="00A64D95" w:rsidP="00A64D95">
            <w:pPr>
              <w:spacing w:after="0"/>
              <w:jc w:val="center"/>
            </w:pPr>
            <w:proofErr w:type="spellStart"/>
            <w:r>
              <w:rPr>
                <w:b/>
                <w:color w:val="FFFFFF"/>
                <w:sz w:val="16"/>
              </w:rPr>
              <w:t>전공</w:t>
            </w:r>
            <w:proofErr w:type="spellEnd"/>
            <w:r>
              <w:rPr>
                <w:b/>
                <w:color w:val="FFFFFF"/>
                <w:sz w:val="16"/>
              </w:rPr>
              <w:br/>
              <w:t>Major</w:t>
            </w:r>
          </w:p>
        </w:tc>
        <w:tc>
          <w:tcPr>
            <w:tcW w:w="1691" w:type="dxa"/>
            <w:gridSpan w:val="4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1F4E78"/>
            <w:vAlign w:val="center"/>
          </w:tcPr>
          <w:p w14:paraId="7F641F44" w14:textId="77777777" w:rsidR="00A64D95" w:rsidRDefault="00A64D95" w:rsidP="00A64D95">
            <w:pPr>
              <w:spacing w:after="0"/>
              <w:jc w:val="center"/>
            </w:pPr>
            <w:proofErr w:type="spellStart"/>
            <w:r>
              <w:rPr>
                <w:b/>
                <w:color w:val="FFFFFF"/>
                <w:sz w:val="16"/>
              </w:rPr>
              <w:t>재학기간</w:t>
            </w:r>
            <w:proofErr w:type="spellEnd"/>
            <w:r>
              <w:rPr>
                <w:b/>
                <w:color w:val="FFFFFF"/>
                <w:sz w:val="16"/>
              </w:rPr>
              <w:br/>
              <w:t>From ~ To</w:t>
            </w:r>
          </w:p>
        </w:tc>
        <w:tc>
          <w:tcPr>
            <w:tcW w:w="1551" w:type="dxa"/>
            <w:gridSpan w:val="2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1F4E78"/>
            <w:vAlign w:val="center"/>
          </w:tcPr>
          <w:p w14:paraId="3F106EE3" w14:textId="40DE9FFF" w:rsidR="00A64D95" w:rsidRDefault="00A64D95" w:rsidP="00A64D95">
            <w:pPr>
              <w:spacing w:after="0"/>
              <w:jc w:val="center"/>
            </w:pPr>
            <w:proofErr w:type="spellStart"/>
            <w:r>
              <w:rPr>
                <w:b/>
                <w:color w:val="FFFFFF"/>
                <w:sz w:val="16"/>
              </w:rPr>
              <w:t>학위</w:t>
            </w:r>
            <w:proofErr w:type="spellEnd"/>
            <w:r>
              <w:rPr>
                <w:b/>
                <w:color w:val="FFFFFF"/>
                <w:sz w:val="16"/>
              </w:rPr>
              <w:t xml:space="preserve"> </w:t>
            </w:r>
            <w:proofErr w:type="spellStart"/>
            <w:r>
              <w:rPr>
                <w:b/>
                <w:color w:val="FFFFFF"/>
                <w:sz w:val="16"/>
              </w:rPr>
              <w:t>취득일</w:t>
            </w:r>
            <w:proofErr w:type="spellEnd"/>
            <w:r>
              <w:rPr>
                <w:b/>
                <w:color w:val="FFFFFF"/>
                <w:sz w:val="16"/>
              </w:rPr>
              <w:br/>
            </w:r>
            <w:r w:rsidRPr="00A64D95">
              <w:rPr>
                <w:b/>
                <w:color w:val="FFFFFF"/>
                <w:sz w:val="16"/>
              </w:rPr>
              <w:t>Date of Conferral</w:t>
            </w:r>
          </w:p>
        </w:tc>
        <w:tc>
          <w:tcPr>
            <w:tcW w:w="1849" w:type="dxa"/>
            <w:gridSpan w:val="3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1F4E78"/>
            <w:vAlign w:val="center"/>
          </w:tcPr>
          <w:p w14:paraId="1A1BFC21" w14:textId="44974B69" w:rsidR="00A64D95" w:rsidRDefault="00A64D95" w:rsidP="00A64D95">
            <w:pPr>
              <w:spacing w:after="0"/>
              <w:jc w:val="center"/>
              <w:rPr>
                <w:b/>
                <w:color w:val="FFFFFF"/>
                <w:sz w:val="16"/>
                <w:lang w:eastAsia="ko-KR"/>
              </w:rPr>
            </w:pPr>
            <w:r>
              <w:rPr>
                <w:rFonts w:hint="eastAsia"/>
                <w:b/>
                <w:color w:val="FFFFFF"/>
                <w:sz w:val="16"/>
                <w:lang w:eastAsia="ko-KR"/>
              </w:rPr>
              <w:t>전화/홈페이지</w:t>
            </w:r>
          </w:p>
          <w:p w14:paraId="747AC59D" w14:textId="69FFAC63" w:rsidR="00A64D95" w:rsidRDefault="00A64D95" w:rsidP="00A64D95">
            <w:pPr>
              <w:spacing w:after="0"/>
              <w:jc w:val="center"/>
              <w:rPr>
                <w:lang w:eastAsia="ko-KR"/>
              </w:rPr>
            </w:pPr>
            <w:r>
              <w:rPr>
                <w:b/>
                <w:color w:val="FFFFFF"/>
                <w:sz w:val="16"/>
              </w:rPr>
              <w:t>Contact</w:t>
            </w:r>
            <w:r>
              <w:rPr>
                <w:rFonts w:hint="eastAsia"/>
                <w:b/>
                <w:color w:val="FFFFFF"/>
                <w:sz w:val="16"/>
                <w:lang w:eastAsia="ko-KR"/>
              </w:rPr>
              <w:t>/Homepage</w:t>
            </w:r>
          </w:p>
        </w:tc>
        <w:tc>
          <w:tcPr>
            <w:tcW w:w="2449" w:type="dxa"/>
            <w:gridSpan w:val="4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1F4E78"/>
            <w:vAlign w:val="center"/>
          </w:tcPr>
          <w:p w14:paraId="24FC1F5C" w14:textId="11E4885A" w:rsidR="00A64D95" w:rsidRDefault="00A64D95" w:rsidP="00A64D95">
            <w:pPr>
              <w:spacing w:after="0"/>
              <w:jc w:val="center"/>
              <w:rPr>
                <w:lang w:eastAsia="ko-KR"/>
              </w:rPr>
            </w:pPr>
            <w:r>
              <w:rPr>
                <w:rFonts w:hint="eastAsia"/>
                <w:b/>
                <w:color w:val="FFFFFF"/>
                <w:sz w:val="16"/>
                <w:lang w:eastAsia="ko-KR"/>
              </w:rPr>
              <w:t xml:space="preserve">학교 </w:t>
            </w:r>
            <w:proofErr w:type="spellStart"/>
            <w:r>
              <w:rPr>
                <w:b/>
                <w:color w:val="FFFFFF"/>
                <w:sz w:val="16"/>
              </w:rPr>
              <w:t>소재국가</w:t>
            </w:r>
            <w:proofErr w:type="spellEnd"/>
            <w:r>
              <w:rPr>
                <w:b/>
                <w:color w:val="FFFFFF"/>
                <w:sz w:val="16"/>
              </w:rPr>
              <w:br/>
              <w:t>Countr</w:t>
            </w:r>
            <w:r>
              <w:rPr>
                <w:rFonts w:hint="eastAsia"/>
                <w:b/>
                <w:color w:val="FFFFFF"/>
                <w:sz w:val="16"/>
                <w:lang w:eastAsia="ko-KR"/>
              </w:rPr>
              <w:t>y where it</w:t>
            </w:r>
            <w:r>
              <w:rPr>
                <w:b/>
                <w:color w:val="FFFFFF"/>
                <w:sz w:val="16"/>
                <w:lang w:eastAsia="ko-KR"/>
              </w:rPr>
              <w:t>’</w:t>
            </w:r>
            <w:r>
              <w:rPr>
                <w:rFonts w:hint="eastAsia"/>
                <w:b/>
                <w:color w:val="FFFFFF"/>
                <w:sz w:val="16"/>
                <w:lang w:eastAsia="ko-KR"/>
              </w:rPr>
              <w:t>s located</w:t>
            </w:r>
          </w:p>
        </w:tc>
      </w:tr>
      <w:bookmarkEnd w:id="0"/>
      <w:tr w:rsidR="000675E1" w14:paraId="6D420163" w14:textId="77777777" w:rsidTr="00C03846">
        <w:trPr>
          <w:trHeight w:val="1147"/>
          <w:jc w:val="center"/>
        </w:trPr>
        <w:tc>
          <w:tcPr>
            <w:tcW w:w="1815" w:type="dxa"/>
            <w:gridSpan w:val="2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F5F8FB"/>
            <w:vAlign w:val="center"/>
          </w:tcPr>
          <w:p w14:paraId="3052A920" w14:textId="77777777" w:rsidR="0090561E" w:rsidRDefault="0090561E">
            <w:pPr>
              <w:spacing w:after="0"/>
            </w:pPr>
          </w:p>
        </w:tc>
        <w:tc>
          <w:tcPr>
            <w:tcW w:w="1127" w:type="dxa"/>
            <w:gridSpan w:val="2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F5F8FB"/>
            <w:vAlign w:val="center"/>
          </w:tcPr>
          <w:p w14:paraId="6E2EF3FC" w14:textId="77777777" w:rsidR="0090561E" w:rsidRDefault="0090561E">
            <w:pPr>
              <w:spacing w:after="0"/>
            </w:pPr>
          </w:p>
        </w:tc>
        <w:tc>
          <w:tcPr>
            <w:tcW w:w="1691" w:type="dxa"/>
            <w:gridSpan w:val="4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F5F8FB"/>
            <w:vAlign w:val="center"/>
          </w:tcPr>
          <w:p w14:paraId="1A52EFB4" w14:textId="77777777" w:rsidR="0090561E" w:rsidRDefault="0090561E">
            <w:pPr>
              <w:spacing w:after="0"/>
            </w:pPr>
          </w:p>
        </w:tc>
        <w:tc>
          <w:tcPr>
            <w:tcW w:w="1551" w:type="dxa"/>
            <w:gridSpan w:val="2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F5F8FB"/>
            <w:vAlign w:val="center"/>
          </w:tcPr>
          <w:p w14:paraId="7AC28841" w14:textId="77777777" w:rsidR="0090561E" w:rsidRDefault="0090561E">
            <w:pPr>
              <w:spacing w:after="0"/>
            </w:pPr>
          </w:p>
        </w:tc>
        <w:tc>
          <w:tcPr>
            <w:tcW w:w="1849" w:type="dxa"/>
            <w:gridSpan w:val="3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F5F8FB"/>
            <w:vAlign w:val="center"/>
          </w:tcPr>
          <w:p w14:paraId="13F22AD7" w14:textId="77777777" w:rsidR="0090561E" w:rsidRDefault="0090561E">
            <w:pPr>
              <w:spacing w:after="0"/>
            </w:pPr>
          </w:p>
        </w:tc>
        <w:tc>
          <w:tcPr>
            <w:tcW w:w="2449" w:type="dxa"/>
            <w:gridSpan w:val="4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F5F8FB"/>
            <w:vAlign w:val="center"/>
          </w:tcPr>
          <w:p w14:paraId="4C622C15" w14:textId="77777777" w:rsidR="0090561E" w:rsidRDefault="0090561E">
            <w:pPr>
              <w:spacing w:after="0"/>
            </w:pPr>
          </w:p>
        </w:tc>
      </w:tr>
    </w:tbl>
    <w:p w14:paraId="183C120D" w14:textId="77777777" w:rsidR="0090561E" w:rsidRPr="00A64D95" w:rsidRDefault="00F96B82">
      <w:pPr>
        <w:spacing w:after="100"/>
        <w:rPr>
          <w:b/>
          <w:bCs/>
          <w:lang w:eastAsia="ko-KR"/>
        </w:rPr>
      </w:pPr>
      <w:r w:rsidRPr="00A64D95">
        <w:rPr>
          <w:b/>
          <w:bCs/>
          <w:color w:val="666666"/>
          <w:sz w:val="17"/>
          <w:lang w:eastAsia="ko-KR"/>
        </w:rPr>
        <w:t>졸업여부:  ☐ 졸업   ☐ 졸업예정   ☐ 재학</w:t>
      </w:r>
    </w:p>
    <w:p w14:paraId="538D4387" w14:textId="77777777" w:rsidR="0090561E" w:rsidRDefault="00F96B82">
      <w:pPr>
        <w:spacing w:after="100"/>
        <w:rPr>
          <w:lang w:eastAsia="ko-KR"/>
        </w:rPr>
      </w:pPr>
      <w:r>
        <w:rPr>
          <w:color w:val="666666"/>
          <w:sz w:val="16"/>
          <w:lang w:eastAsia="ko-KR"/>
        </w:rPr>
        <w:t>※ 전학 등의 상황이 있으면 표를 추가하여 설명할 수 있습니다.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81"/>
        <w:gridCol w:w="2540"/>
        <w:gridCol w:w="1698"/>
        <w:gridCol w:w="4226"/>
        <w:gridCol w:w="37"/>
      </w:tblGrid>
      <w:tr w:rsidR="0090561E" w14:paraId="4448C3B5" w14:textId="77777777">
        <w:trPr>
          <w:gridAfter w:val="1"/>
          <w:wAfter w:w="37" w:type="dxa"/>
          <w:jc w:val="center"/>
        </w:trPr>
        <w:tc>
          <w:tcPr>
            <w:tcW w:w="10482" w:type="dxa"/>
            <w:gridSpan w:val="4"/>
            <w:shd w:val="clear" w:color="auto" w:fill="1F4E78"/>
            <w:vAlign w:val="center"/>
          </w:tcPr>
          <w:p w14:paraId="6D6484D5" w14:textId="77777777" w:rsidR="0090561E" w:rsidRDefault="00F96B82">
            <w:pPr>
              <w:spacing w:after="0"/>
              <w:ind w:left="85"/>
            </w:pPr>
            <w:r>
              <w:rPr>
                <w:b/>
                <w:color w:val="FFFFFF"/>
                <w:sz w:val="21"/>
              </w:rPr>
              <w:t xml:space="preserve">4. </w:t>
            </w:r>
            <w:proofErr w:type="spellStart"/>
            <w:r>
              <w:rPr>
                <w:b/>
                <w:color w:val="FFFFFF"/>
                <w:sz w:val="21"/>
              </w:rPr>
              <w:t>대한민국</w:t>
            </w:r>
            <w:proofErr w:type="spellEnd"/>
            <w:r>
              <w:rPr>
                <w:b/>
                <w:color w:val="FFFFFF"/>
                <w:sz w:val="21"/>
              </w:rPr>
              <w:t xml:space="preserve"> 내 </w:t>
            </w:r>
            <w:proofErr w:type="spellStart"/>
            <w:r>
              <w:rPr>
                <w:b/>
                <w:color w:val="FFFFFF"/>
                <w:sz w:val="21"/>
              </w:rPr>
              <w:t>연고자</w:t>
            </w:r>
            <w:proofErr w:type="spellEnd"/>
            <w:r>
              <w:rPr>
                <w:b/>
                <w:color w:val="FFFFFF"/>
                <w:sz w:val="21"/>
              </w:rPr>
              <w:t xml:space="preserve">   Contact Person in Korea (if any)</w:t>
            </w:r>
          </w:p>
        </w:tc>
      </w:tr>
      <w:tr w:rsidR="00715D7F" w14:paraId="5F4202B5" w14:textId="77777777" w:rsidTr="00E20D2D">
        <w:trPr>
          <w:gridAfter w:val="1"/>
          <w:wAfter w:w="37" w:type="dxa"/>
          <w:jc w:val="center"/>
        </w:trPr>
        <w:tc>
          <w:tcPr>
            <w:tcW w:w="1985" w:type="dxa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1F4E78"/>
            <w:vAlign w:val="center"/>
          </w:tcPr>
          <w:p w14:paraId="3AF91A68" w14:textId="2F90420E" w:rsidR="00715D7F" w:rsidRDefault="00715D7F" w:rsidP="00715D7F">
            <w:pPr>
              <w:spacing w:after="0"/>
              <w:jc w:val="center"/>
            </w:pPr>
            <w:r>
              <w:rPr>
                <w:rFonts w:hint="eastAsia"/>
                <w:b/>
                <w:color w:val="FFFFFF"/>
                <w:sz w:val="16"/>
                <w:lang w:eastAsia="ko-KR"/>
              </w:rPr>
              <w:t>성</w:t>
            </w:r>
            <w:r>
              <w:rPr>
                <w:b/>
                <w:color w:val="FFFFFF"/>
                <w:sz w:val="16"/>
              </w:rPr>
              <w:t>명</w:t>
            </w:r>
            <w:r>
              <w:rPr>
                <w:b/>
                <w:color w:val="FFFFFF"/>
                <w:sz w:val="16"/>
              </w:rPr>
              <w:br/>
            </w:r>
            <w:r>
              <w:rPr>
                <w:rFonts w:hint="eastAsia"/>
                <w:b/>
                <w:color w:val="FFFFFF"/>
                <w:sz w:val="16"/>
                <w:lang w:eastAsia="ko-KR"/>
              </w:rPr>
              <w:t>N</w:t>
            </w:r>
            <w:r>
              <w:rPr>
                <w:b/>
                <w:color w:val="FFFFFF"/>
                <w:sz w:val="16"/>
              </w:rPr>
              <w:t>ame</w:t>
            </w:r>
          </w:p>
        </w:tc>
        <w:tc>
          <w:tcPr>
            <w:tcW w:w="8497" w:type="dxa"/>
            <w:gridSpan w:val="3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3751FC1F" w14:textId="67774440" w:rsidR="00715D7F" w:rsidRDefault="00715D7F" w:rsidP="00715D7F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k</w:t>
            </w:r>
          </w:p>
        </w:tc>
      </w:tr>
      <w:tr w:rsidR="00715D7F" w14:paraId="0A0B66BA" w14:textId="77777777" w:rsidTr="00715D7F">
        <w:trPr>
          <w:gridAfter w:val="1"/>
          <w:wAfter w:w="37" w:type="dxa"/>
          <w:jc w:val="center"/>
        </w:trPr>
        <w:tc>
          <w:tcPr>
            <w:tcW w:w="1985" w:type="dxa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1F4E78"/>
            <w:vAlign w:val="center"/>
          </w:tcPr>
          <w:p w14:paraId="026EC49B" w14:textId="1EF64E66" w:rsidR="00715D7F" w:rsidRDefault="00715D7F" w:rsidP="00715D7F">
            <w:pPr>
              <w:spacing w:after="0"/>
              <w:jc w:val="center"/>
            </w:pPr>
            <w:r>
              <w:rPr>
                <w:rFonts w:hint="eastAsia"/>
                <w:b/>
                <w:color w:val="FFFFFF"/>
                <w:sz w:val="16"/>
                <w:lang w:eastAsia="ko-KR"/>
              </w:rPr>
              <w:t>연락처</w:t>
            </w:r>
            <w:r>
              <w:rPr>
                <w:b/>
                <w:color w:val="FFFFFF"/>
                <w:sz w:val="16"/>
              </w:rPr>
              <w:br/>
            </w:r>
            <w:r>
              <w:rPr>
                <w:rFonts w:hint="eastAsia"/>
                <w:b/>
                <w:color w:val="FFFFFF"/>
                <w:sz w:val="16"/>
                <w:lang w:eastAsia="ko-KR"/>
              </w:rPr>
              <w:t>Contact Information</w:t>
            </w:r>
          </w:p>
        </w:tc>
        <w:tc>
          <w:tcPr>
            <w:tcW w:w="2551" w:type="dxa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F5F8FB"/>
            <w:vAlign w:val="center"/>
          </w:tcPr>
          <w:p w14:paraId="6E792288" w14:textId="77777777" w:rsidR="00715D7F" w:rsidRDefault="00715D7F" w:rsidP="00715D7F">
            <w:pPr>
              <w:spacing w:after="0"/>
            </w:pPr>
          </w:p>
        </w:tc>
        <w:tc>
          <w:tcPr>
            <w:tcW w:w="1701" w:type="dxa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1F4E78"/>
            <w:vAlign w:val="center"/>
          </w:tcPr>
          <w:p w14:paraId="382EAC67" w14:textId="4AD0FF76" w:rsidR="00715D7F" w:rsidRDefault="00715D7F" w:rsidP="007B5329">
            <w:pPr>
              <w:spacing w:after="0"/>
              <w:jc w:val="center"/>
            </w:pPr>
            <w:r>
              <w:rPr>
                <w:rFonts w:hint="eastAsia"/>
                <w:b/>
                <w:color w:val="FFFFFF"/>
                <w:sz w:val="16"/>
                <w:lang w:eastAsia="ko-KR"/>
              </w:rPr>
              <w:t>관계</w:t>
            </w:r>
            <w:r>
              <w:rPr>
                <w:b/>
                <w:color w:val="FFFFFF"/>
                <w:sz w:val="16"/>
              </w:rPr>
              <w:br/>
            </w:r>
            <w:r>
              <w:rPr>
                <w:rFonts w:hint="eastAsia"/>
                <w:b/>
                <w:color w:val="FFFFFF"/>
                <w:sz w:val="16"/>
                <w:lang w:eastAsia="ko-KR"/>
              </w:rPr>
              <w:t>Relationship</w:t>
            </w:r>
          </w:p>
        </w:tc>
        <w:tc>
          <w:tcPr>
            <w:tcW w:w="4245" w:type="dxa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F5F8FB"/>
            <w:vAlign w:val="center"/>
          </w:tcPr>
          <w:p w14:paraId="7198B2AC" w14:textId="77777777" w:rsidR="00715D7F" w:rsidRDefault="00715D7F" w:rsidP="00715D7F">
            <w:pPr>
              <w:spacing w:after="0"/>
            </w:pPr>
          </w:p>
        </w:tc>
      </w:tr>
      <w:tr w:rsidR="00715D7F" w14:paraId="63C2B358" w14:textId="77777777">
        <w:trPr>
          <w:gridAfter w:val="1"/>
          <w:wAfter w:w="37" w:type="dxa"/>
          <w:jc w:val="center"/>
        </w:trPr>
        <w:tc>
          <w:tcPr>
            <w:tcW w:w="10482" w:type="dxa"/>
            <w:gridSpan w:val="4"/>
            <w:shd w:val="clear" w:color="auto" w:fill="1F4E78"/>
            <w:vAlign w:val="center"/>
          </w:tcPr>
          <w:p w14:paraId="727092F5" w14:textId="77777777" w:rsidR="00715D7F" w:rsidRDefault="00715D7F" w:rsidP="00715D7F">
            <w:pPr>
              <w:spacing w:after="0"/>
              <w:ind w:left="85"/>
            </w:pPr>
            <w:r>
              <w:rPr>
                <w:b/>
                <w:color w:val="FFFFFF"/>
                <w:sz w:val="21"/>
              </w:rPr>
              <w:t xml:space="preserve">5. </w:t>
            </w:r>
            <w:proofErr w:type="spellStart"/>
            <w:r>
              <w:rPr>
                <w:b/>
                <w:color w:val="FFFFFF"/>
                <w:sz w:val="21"/>
              </w:rPr>
              <w:t>지원</w:t>
            </w:r>
            <w:proofErr w:type="spellEnd"/>
            <w:r>
              <w:rPr>
                <w:b/>
                <w:color w:val="FFFFFF"/>
                <w:sz w:val="21"/>
              </w:rPr>
              <w:t xml:space="preserve"> </w:t>
            </w:r>
            <w:proofErr w:type="spellStart"/>
            <w:r>
              <w:rPr>
                <w:b/>
                <w:color w:val="FFFFFF"/>
                <w:sz w:val="21"/>
              </w:rPr>
              <w:t>동기</w:t>
            </w:r>
            <w:proofErr w:type="spellEnd"/>
            <w:r>
              <w:rPr>
                <w:b/>
                <w:color w:val="FFFFFF"/>
                <w:sz w:val="21"/>
              </w:rPr>
              <w:t xml:space="preserve"> 및 </w:t>
            </w:r>
            <w:proofErr w:type="spellStart"/>
            <w:r>
              <w:rPr>
                <w:b/>
                <w:color w:val="FFFFFF"/>
                <w:sz w:val="21"/>
              </w:rPr>
              <w:t>학업</w:t>
            </w:r>
            <w:proofErr w:type="spellEnd"/>
            <w:r>
              <w:rPr>
                <w:b/>
                <w:color w:val="FFFFFF"/>
                <w:sz w:val="21"/>
              </w:rPr>
              <w:t xml:space="preserve"> </w:t>
            </w:r>
            <w:proofErr w:type="spellStart"/>
            <w:r>
              <w:rPr>
                <w:b/>
                <w:color w:val="FFFFFF"/>
                <w:sz w:val="21"/>
              </w:rPr>
              <w:t>계획</w:t>
            </w:r>
            <w:proofErr w:type="spellEnd"/>
            <w:r>
              <w:rPr>
                <w:b/>
                <w:color w:val="FFFFFF"/>
                <w:sz w:val="21"/>
              </w:rPr>
              <w:t xml:space="preserve">   Statement of Purpose</w:t>
            </w:r>
          </w:p>
        </w:tc>
      </w:tr>
      <w:tr w:rsidR="0090561E" w14:paraId="250247E8" w14:textId="77777777" w:rsidTr="00715D7F">
        <w:trPr>
          <w:trHeight w:val="2925"/>
          <w:jc w:val="center"/>
        </w:trPr>
        <w:tc>
          <w:tcPr>
            <w:tcW w:w="10519" w:type="dxa"/>
            <w:gridSpan w:val="5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4AAD7AB3" w14:textId="77777777" w:rsidR="00715D7F" w:rsidRDefault="00F96B82">
            <w:pPr>
              <w:spacing w:after="0"/>
              <w:rPr>
                <w:sz w:val="18"/>
              </w:rPr>
            </w:pP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  <w:p w14:paraId="17102034" w14:textId="77777777" w:rsidR="00715D7F" w:rsidRDefault="00715D7F">
            <w:pPr>
              <w:spacing w:after="0"/>
              <w:rPr>
                <w:sz w:val="18"/>
              </w:rPr>
            </w:pPr>
          </w:p>
          <w:p w14:paraId="60C03FDA" w14:textId="77777777" w:rsidR="00715D7F" w:rsidRDefault="00715D7F">
            <w:pPr>
              <w:spacing w:after="0"/>
              <w:rPr>
                <w:sz w:val="18"/>
              </w:rPr>
            </w:pPr>
          </w:p>
          <w:p w14:paraId="25031956" w14:textId="77777777" w:rsidR="00715D7F" w:rsidRDefault="00715D7F">
            <w:pPr>
              <w:spacing w:after="0"/>
              <w:rPr>
                <w:sz w:val="18"/>
              </w:rPr>
            </w:pPr>
          </w:p>
          <w:p w14:paraId="43BD53EC" w14:textId="77777777" w:rsidR="00715D7F" w:rsidRDefault="00715D7F">
            <w:pPr>
              <w:spacing w:after="0"/>
              <w:rPr>
                <w:sz w:val="18"/>
              </w:rPr>
            </w:pPr>
          </w:p>
          <w:p w14:paraId="095EB7D2" w14:textId="77777777" w:rsidR="00715D7F" w:rsidRDefault="00715D7F">
            <w:pPr>
              <w:spacing w:after="0"/>
              <w:rPr>
                <w:sz w:val="18"/>
              </w:rPr>
            </w:pPr>
          </w:p>
          <w:p w14:paraId="57DA385A" w14:textId="77777777" w:rsidR="00715D7F" w:rsidRDefault="00715D7F">
            <w:pPr>
              <w:spacing w:after="0"/>
              <w:rPr>
                <w:sz w:val="18"/>
              </w:rPr>
            </w:pPr>
          </w:p>
          <w:p w14:paraId="3B01E57C" w14:textId="77777777" w:rsidR="00715D7F" w:rsidRDefault="00715D7F">
            <w:pPr>
              <w:spacing w:after="0"/>
              <w:rPr>
                <w:sz w:val="18"/>
              </w:rPr>
            </w:pPr>
          </w:p>
          <w:p w14:paraId="71109A74" w14:textId="7D6A2E72" w:rsidR="0090561E" w:rsidRDefault="00F96B82">
            <w:pPr>
              <w:spacing w:after="0"/>
            </w:pP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</w:tr>
    </w:tbl>
    <w:p w14:paraId="752B3B7D" w14:textId="77777777" w:rsidR="0090561E" w:rsidRDefault="00F96B82">
      <w:pPr>
        <w:jc w:val="center"/>
        <w:rPr>
          <w:lang w:eastAsia="ko-KR"/>
        </w:rPr>
      </w:pPr>
      <w:r>
        <w:rPr>
          <w:b/>
          <w:color w:val="1F4E78"/>
          <w:sz w:val="21"/>
          <w:lang w:eastAsia="ko-KR"/>
        </w:rPr>
        <w:t>본 신청내용은 사실이며 허위내용 발견 시 입학이 취소됩니다.</w:t>
      </w:r>
    </w:p>
    <w:p w14:paraId="16961F60" w14:textId="77777777" w:rsidR="0090561E" w:rsidRDefault="00F96B82">
      <w:pPr>
        <w:jc w:val="center"/>
      </w:pPr>
      <w:r>
        <w:rPr>
          <w:color w:val="666666"/>
          <w:sz w:val="17"/>
        </w:rPr>
        <w:t>This application is true and admission will be canceled if false information is found.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51"/>
        <w:gridCol w:w="6973"/>
      </w:tblGrid>
      <w:tr w:rsidR="009A32B7" w14:paraId="135D2425" w14:textId="77777777" w:rsidTr="00AA18DF">
        <w:trPr>
          <w:trHeight w:val="632"/>
          <w:jc w:val="center"/>
        </w:trPr>
        <w:tc>
          <w:tcPr>
            <w:tcW w:w="2551" w:type="dxa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DCEAF7"/>
            <w:vAlign w:val="center"/>
          </w:tcPr>
          <w:p w14:paraId="183E6E2F" w14:textId="77777777" w:rsidR="009A32B7" w:rsidRDefault="009A32B7" w:rsidP="009A32B7">
            <w:pPr>
              <w:spacing w:after="0"/>
            </w:pPr>
            <w:proofErr w:type="spellStart"/>
            <w:r>
              <w:rPr>
                <w:b/>
                <w:sz w:val="18"/>
              </w:rPr>
              <w:t>작성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날짜</w:t>
            </w:r>
            <w:proofErr w:type="spellEnd"/>
            <w:r>
              <w:rPr>
                <w:b/>
                <w:sz w:val="18"/>
              </w:rPr>
              <w:t xml:space="preserve"> / Date</w:t>
            </w:r>
          </w:p>
        </w:tc>
        <w:tc>
          <w:tcPr>
            <w:tcW w:w="6973" w:type="dxa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2E15BF6A" w14:textId="5DBA730E" w:rsidR="009A32B7" w:rsidRDefault="009A32B7" w:rsidP="00F96690">
            <w:pPr>
              <w:spacing w:after="0"/>
              <w:ind w:firstLineChars="500" w:firstLine="900"/>
            </w:pPr>
            <w:r>
              <w:rPr>
                <w:sz w:val="18"/>
              </w:rPr>
              <w:t xml:space="preserve">년 / Year </w:t>
            </w:r>
            <w:r>
              <w:rPr>
                <w:rFonts w:hint="eastAsia"/>
                <w:sz w:val="18"/>
                <w:lang w:eastAsia="ko-KR"/>
              </w:rPr>
              <w:t xml:space="preserve"> </w:t>
            </w:r>
            <w:r w:rsidR="00F96690">
              <w:rPr>
                <w:rFonts w:hint="eastAsia"/>
                <w:sz w:val="18"/>
                <w:lang w:eastAsia="ko-KR"/>
              </w:rPr>
              <w:t xml:space="preserve"> </w:t>
            </w:r>
            <w:r>
              <w:rPr>
                <w:rFonts w:hint="eastAsia"/>
                <w:sz w:val="18"/>
                <w:lang w:eastAsia="ko-KR"/>
              </w:rPr>
              <w:t xml:space="preserve"> </w:t>
            </w:r>
            <w:r w:rsidR="00F96690">
              <w:rPr>
                <w:rFonts w:hint="eastAsia"/>
                <w:sz w:val="18"/>
                <w:lang w:eastAsia="ko-KR"/>
              </w:rPr>
              <w:t xml:space="preserve"> </w:t>
            </w:r>
            <w:r>
              <w:rPr>
                <w:sz w:val="18"/>
              </w:rPr>
              <w:t xml:space="preserve">    월 / Month  </w:t>
            </w:r>
            <w:r w:rsidR="00F96690">
              <w:rPr>
                <w:rFonts w:hint="eastAsia"/>
                <w:sz w:val="18"/>
                <w:lang w:eastAsia="ko-KR"/>
              </w:rPr>
              <w:t xml:space="preserve">   </w:t>
            </w:r>
            <w:r>
              <w:rPr>
                <w:sz w:val="18"/>
              </w:rPr>
              <w:t xml:space="preserve"> </w:t>
            </w:r>
            <w:r>
              <w:rPr>
                <w:rFonts w:hint="eastAsia"/>
                <w:sz w:val="18"/>
                <w:lang w:eastAsia="ko-KR"/>
              </w:rPr>
              <w:t xml:space="preserve">  </w:t>
            </w:r>
            <w:r>
              <w:rPr>
                <w:sz w:val="18"/>
              </w:rPr>
              <w:t xml:space="preserve">  일 / Day</w:t>
            </w:r>
          </w:p>
        </w:tc>
      </w:tr>
      <w:tr w:rsidR="0090561E" w14:paraId="4CEB6D64" w14:textId="77777777">
        <w:trPr>
          <w:jc w:val="center"/>
        </w:trPr>
        <w:tc>
          <w:tcPr>
            <w:tcW w:w="2551" w:type="dxa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DCEAF7"/>
            <w:vAlign w:val="center"/>
          </w:tcPr>
          <w:p w14:paraId="26FA45A2" w14:textId="77777777" w:rsidR="0090561E" w:rsidRPr="009A32B7" w:rsidRDefault="00F96B82">
            <w:pPr>
              <w:spacing w:after="0"/>
              <w:rPr>
                <w:bCs/>
                <w:sz w:val="18"/>
              </w:rPr>
            </w:pPr>
            <w:proofErr w:type="spellStart"/>
            <w:r>
              <w:rPr>
                <w:b/>
                <w:sz w:val="18"/>
              </w:rPr>
              <w:t>신청인</w:t>
            </w:r>
            <w:proofErr w:type="spellEnd"/>
            <w:r>
              <w:rPr>
                <w:b/>
                <w:sz w:val="18"/>
              </w:rPr>
              <w:t xml:space="preserve"> / Applicant</w:t>
            </w:r>
          </w:p>
          <w:p w14:paraId="774062B9" w14:textId="1DE4E466" w:rsidR="00715D7F" w:rsidRDefault="009A32B7">
            <w:pPr>
              <w:spacing w:after="0"/>
              <w:rPr>
                <w:lang w:eastAsia="ko-KR"/>
              </w:rPr>
            </w:pPr>
            <w:r w:rsidRPr="009A32B7">
              <w:rPr>
                <w:rFonts w:hint="eastAsia"/>
                <w:bCs/>
                <w:sz w:val="18"/>
                <w:lang w:eastAsia="ko-KR"/>
              </w:rPr>
              <w:t>(</w:t>
            </w:r>
            <w:proofErr w:type="spellStart"/>
            <w:r w:rsidR="00715D7F" w:rsidRPr="009A32B7">
              <w:rPr>
                <w:bCs/>
                <w:sz w:val="18"/>
              </w:rPr>
              <w:t>영문명</w:t>
            </w:r>
            <w:proofErr w:type="spellEnd"/>
            <w:r w:rsidR="00715D7F" w:rsidRPr="009A32B7">
              <w:rPr>
                <w:bCs/>
                <w:sz w:val="18"/>
              </w:rPr>
              <w:t xml:space="preserve"> / English Name</w:t>
            </w:r>
            <w:r w:rsidRPr="009A32B7">
              <w:rPr>
                <w:rFonts w:hint="eastAsia"/>
                <w:bCs/>
                <w:sz w:val="18"/>
                <w:lang w:eastAsia="ko-KR"/>
              </w:rPr>
              <w:t>)</w:t>
            </w:r>
          </w:p>
        </w:tc>
        <w:tc>
          <w:tcPr>
            <w:tcW w:w="6973" w:type="dxa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F5F8FB"/>
            <w:vAlign w:val="center"/>
          </w:tcPr>
          <w:p w14:paraId="7C1857C0" w14:textId="7B19F135" w:rsidR="0090561E" w:rsidRDefault="0090561E">
            <w:pPr>
              <w:spacing w:after="0"/>
            </w:pPr>
          </w:p>
        </w:tc>
      </w:tr>
      <w:tr w:rsidR="0090561E" w14:paraId="25632BEB" w14:textId="77777777" w:rsidTr="00AA18DF">
        <w:trPr>
          <w:trHeight w:val="639"/>
          <w:jc w:val="center"/>
        </w:trPr>
        <w:tc>
          <w:tcPr>
            <w:tcW w:w="2551" w:type="dxa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DCEAF7"/>
            <w:vAlign w:val="center"/>
          </w:tcPr>
          <w:p w14:paraId="7ED06CEA" w14:textId="77777777" w:rsidR="0090561E" w:rsidRDefault="00F96B82">
            <w:pPr>
              <w:spacing w:after="0"/>
            </w:pPr>
            <w:proofErr w:type="spellStart"/>
            <w:r>
              <w:rPr>
                <w:b/>
                <w:sz w:val="18"/>
              </w:rPr>
              <w:t>서명</w:t>
            </w:r>
            <w:proofErr w:type="spellEnd"/>
            <w:r>
              <w:rPr>
                <w:b/>
                <w:sz w:val="18"/>
              </w:rPr>
              <w:t xml:space="preserve"> / Signature</w:t>
            </w:r>
          </w:p>
        </w:tc>
        <w:tc>
          <w:tcPr>
            <w:tcW w:w="6973" w:type="dxa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1CEF5A2D" w14:textId="77777777" w:rsidR="0090561E" w:rsidRDefault="0090561E">
            <w:pPr>
              <w:spacing w:after="0"/>
            </w:pPr>
          </w:p>
        </w:tc>
      </w:tr>
    </w:tbl>
    <w:p w14:paraId="414020BC" w14:textId="0B36DF1D" w:rsidR="0090561E" w:rsidRDefault="008A7A48" w:rsidP="008A7A48">
      <w:pPr>
        <w:spacing w:before="280"/>
        <w:jc w:val="right"/>
        <w:rPr>
          <w:lang w:eastAsia="ko-KR"/>
        </w:rPr>
      </w:pPr>
      <w:r w:rsidRPr="008A7A48">
        <w:rPr>
          <w:rFonts w:hint="eastAsia"/>
          <w:sz w:val="16"/>
          <w:szCs w:val="16"/>
          <w:lang w:eastAsia="ko-KR"/>
        </w:rPr>
        <w:t xml:space="preserve">전형료 </w:t>
      </w:r>
      <w:r w:rsidRPr="008A7A48">
        <w:rPr>
          <w:rFonts w:hint="eastAsia"/>
          <w:sz w:val="16"/>
          <w:szCs w:val="16"/>
          <w:lang w:eastAsia="ko-KR"/>
        </w:rPr>
        <w:t>납부 계좌: 하나은행 411-910015-53104 (예금주: 한세대학교)</w:t>
      </w:r>
      <w:r w:rsidRPr="008A7A48">
        <w:rPr>
          <w:rFonts w:hint="eastAsia"/>
          <w:sz w:val="20"/>
          <w:szCs w:val="20"/>
          <w:lang w:eastAsia="ko-KR"/>
        </w:rPr>
        <w:t xml:space="preserve">         </w:t>
      </w:r>
      <w:r>
        <w:rPr>
          <w:rFonts w:hint="eastAsia"/>
          <w:b/>
          <w:color w:val="1F4E78"/>
          <w:sz w:val="22"/>
          <w:lang w:eastAsia="ko-KR"/>
        </w:rPr>
        <w:t xml:space="preserve">              </w:t>
      </w:r>
      <w:r w:rsidRPr="008A7A48">
        <w:rPr>
          <w:rFonts w:hint="eastAsia"/>
          <w:b/>
          <w:color w:val="1F4E78"/>
          <w:sz w:val="22"/>
          <w:lang w:eastAsia="ko-KR"/>
        </w:rPr>
        <w:t xml:space="preserve">                </w:t>
      </w:r>
      <w:r w:rsidR="00F96B82">
        <w:rPr>
          <w:b/>
          <w:color w:val="1F4E78"/>
          <w:sz w:val="22"/>
          <w:lang w:eastAsia="ko-KR"/>
        </w:rPr>
        <w:t>한세대학교 총장 귀하</w:t>
      </w:r>
      <w:r w:rsidR="00F96B82">
        <w:rPr>
          <w:lang w:eastAsia="ko-KR"/>
        </w:rPr>
        <w:br w:type="page"/>
      </w:r>
    </w:p>
    <w:p w14:paraId="54349C9E" w14:textId="26A897EF" w:rsidR="0090561E" w:rsidRDefault="00F96B82">
      <w:pPr>
        <w:spacing w:after="80"/>
        <w:jc w:val="center"/>
      </w:pPr>
      <w:proofErr w:type="spellStart"/>
      <w:r>
        <w:rPr>
          <w:b/>
          <w:color w:val="1F4E78"/>
          <w:sz w:val="36"/>
        </w:rPr>
        <w:lastRenderedPageBreak/>
        <w:t>개인정보</w:t>
      </w:r>
      <w:proofErr w:type="spellEnd"/>
      <w:r w:rsidR="009A32B7">
        <w:rPr>
          <w:rFonts w:hint="eastAsia"/>
          <w:b/>
          <w:color w:val="1F4E78"/>
          <w:sz w:val="36"/>
          <w:lang w:eastAsia="ko-KR"/>
        </w:rPr>
        <w:t>이용</w:t>
      </w:r>
      <w:proofErr w:type="spellStart"/>
      <w:r>
        <w:rPr>
          <w:b/>
          <w:color w:val="1F4E78"/>
          <w:sz w:val="36"/>
        </w:rPr>
        <w:t>동의서</w:t>
      </w:r>
      <w:proofErr w:type="spellEnd"/>
    </w:p>
    <w:p w14:paraId="01694ED1" w14:textId="77777777" w:rsidR="0090561E" w:rsidRDefault="00F96B82">
      <w:pPr>
        <w:jc w:val="center"/>
      </w:pPr>
      <w:r>
        <w:rPr>
          <w:color w:val="666666"/>
          <w:sz w:val="17"/>
        </w:rPr>
        <w:t xml:space="preserve">Privacy Policy Agreement / </w:t>
      </w:r>
      <w:proofErr w:type="spellStart"/>
      <w:r>
        <w:rPr>
          <w:color w:val="666666"/>
          <w:sz w:val="17"/>
        </w:rPr>
        <w:t>个人资讯提供同意</w:t>
      </w:r>
      <w:proofErr w:type="spellEnd"/>
    </w:p>
    <w:p w14:paraId="40014D3E" w14:textId="77777777" w:rsidR="0090561E" w:rsidRDefault="00F96B82">
      <w:pPr>
        <w:spacing w:after="100"/>
        <w:rPr>
          <w:lang w:eastAsia="ko-KR"/>
        </w:rPr>
      </w:pPr>
      <w:r>
        <w:rPr>
          <w:color w:val="666666"/>
          <w:sz w:val="16"/>
          <w:lang w:eastAsia="ko-KR"/>
        </w:rPr>
        <w:t>한세대학교 국제교류교육원(이하 “학교”)은 「개인정보 보호법」 제15조 및 제17조에 따라 한국어연수과정 입학전형 및 학적관리를 위하여 개인정보를 수집·이용 및 제공하고자 합니다. 내용을 자세히 읽으신 후 동의 여부를 결정하여 주십시오.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29"/>
        <w:gridCol w:w="2465"/>
        <w:gridCol w:w="2835"/>
        <w:gridCol w:w="2756"/>
        <w:gridCol w:w="16"/>
      </w:tblGrid>
      <w:tr w:rsidR="0090561E" w14:paraId="623D39DF" w14:textId="77777777" w:rsidTr="009A32B7">
        <w:trPr>
          <w:jc w:val="center"/>
        </w:trPr>
        <w:tc>
          <w:tcPr>
            <w:tcW w:w="10482" w:type="dxa"/>
            <w:gridSpan w:val="6"/>
            <w:shd w:val="clear" w:color="auto" w:fill="1F4E78"/>
            <w:vAlign w:val="center"/>
          </w:tcPr>
          <w:p w14:paraId="0CFD0889" w14:textId="77777777" w:rsidR="0090561E" w:rsidRDefault="00F96B82">
            <w:pPr>
              <w:spacing w:after="0"/>
              <w:ind w:left="85"/>
            </w:pPr>
            <w:r>
              <w:rPr>
                <w:b/>
                <w:color w:val="FFFFFF"/>
                <w:sz w:val="21"/>
              </w:rPr>
              <w:t xml:space="preserve">1. </w:t>
            </w:r>
            <w:proofErr w:type="spellStart"/>
            <w:r>
              <w:rPr>
                <w:b/>
                <w:color w:val="FFFFFF"/>
                <w:sz w:val="21"/>
              </w:rPr>
              <w:t>개인정보</w:t>
            </w:r>
            <w:proofErr w:type="spellEnd"/>
            <w:r>
              <w:rPr>
                <w:b/>
                <w:color w:val="FFFFFF"/>
                <w:sz w:val="21"/>
              </w:rPr>
              <w:t xml:space="preserve"> </w:t>
            </w:r>
            <w:proofErr w:type="spellStart"/>
            <w:r>
              <w:rPr>
                <w:b/>
                <w:color w:val="FFFFFF"/>
                <w:sz w:val="21"/>
              </w:rPr>
              <w:t>수집·이용</w:t>
            </w:r>
            <w:proofErr w:type="spellEnd"/>
            <w:r>
              <w:rPr>
                <w:b/>
                <w:color w:val="FFFFFF"/>
                <w:sz w:val="21"/>
              </w:rPr>
              <w:t xml:space="preserve"> </w:t>
            </w:r>
            <w:proofErr w:type="spellStart"/>
            <w:r>
              <w:rPr>
                <w:b/>
                <w:color w:val="FFFFFF"/>
                <w:sz w:val="21"/>
              </w:rPr>
              <w:t>목적</w:t>
            </w:r>
            <w:proofErr w:type="spellEnd"/>
            <w:r>
              <w:rPr>
                <w:b/>
                <w:color w:val="FFFFFF"/>
                <w:sz w:val="21"/>
              </w:rPr>
              <w:t xml:space="preserve">   Purpose of Collection and Use</w:t>
            </w:r>
          </w:p>
        </w:tc>
      </w:tr>
      <w:tr w:rsidR="0090561E" w14:paraId="69DBC110" w14:textId="77777777" w:rsidTr="009A32B7">
        <w:trPr>
          <w:jc w:val="center"/>
        </w:trPr>
        <w:tc>
          <w:tcPr>
            <w:tcW w:w="10482" w:type="dxa"/>
            <w:gridSpan w:val="6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38ECA752" w14:textId="77777777" w:rsidR="0090561E" w:rsidRDefault="00F96B82">
            <w:pPr>
              <w:spacing w:after="0"/>
              <w:rPr>
                <w:lang w:eastAsia="ko-KR"/>
              </w:rPr>
            </w:pPr>
            <w:r>
              <w:rPr>
                <w:sz w:val="17"/>
                <w:lang w:eastAsia="ko-KR"/>
              </w:rPr>
              <w:t>① 한국어연수과정 입학전형(서류심사·면접) 진행 및 합격 여부 안내</w:t>
            </w:r>
          </w:p>
        </w:tc>
      </w:tr>
      <w:tr w:rsidR="0090561E" w14:paraId="124CC814" w14:textId="77777777" w:rsidTr="009A32B7">
        <w:trPr>
          <w:jc w:val="center"/>
        </w:trPr>
        <w:tc>
          <w:tcPr>
            <w:tcW w:w="10482" w:type="dxa"/>
            <w:gridSpan w:val="6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F5F8FB"/>
            <w:vAlign w:val="center"/>
          </w:tcPr>
          <w:p w14:paraId="2E8A7F92" w14:textId="77777777" w:rsidR="0090561E" w:rsidRDefault="00F96B82">
            <w:pPr>
              <w:spacing w:after="0"/>
              <w:rPr>
                <w:lang w:eastAsia="ko-KR"/>
              </w:rPr>
            </w:pPr>
            <w:r>
              <w:rPr>
                <w:sz w:val="17"/>
                <w:lang w:eastAsia="ko-KR"/>
              </w:rPr>
              <w:t>② 입학 및 학적 관리(등록, 수강, 성적, 수료·졸업 관리 등)</w:t>
            </w:r>
          </w:p>
        </w:tc>
      </w:tr>
      <w:tr w:rsidR="0090561E" w14:paraId="09D2815B" w14:textId="77777777" w:rsidTr="009A32B7">
        <w:trPr>
          <w:jc w:val="center"/>
        </w:trPr>
        <w:tc>
          <w:tcPr>
            <w:tcW w:w="10482" w:type="dxa"/>
            <w:gridSpan w:val="6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26A4580C" w14:textId="77777777" w:rsidR="0090561E" w:rsidRDefault="00F96B82">
            <w:pPr>
              <w:spacing w:after="0"/>
              <w:rPr>
                <w:lang w:eastAsia="ko-KR"/>
              </w:rPr>
            </w:pPr>
            <w:r>
              <w:rPr>
                <w:sz w:val="17"/>
                <w:lang w:eastAsia="ko-KR"/>
              </w:rPr>
              <w:t>③ 외국인 유학생 사증(VISA) 발급 신청 및 체류 관련 행정 지원</w:t>
            </w:r>
          </w:p>
        </w:tc>
      </w:tr>
      <w:tr w:rsidR="0090561E" w14:paraId="3A262A03" w14:textId="77777777" w:rsidTr="009A32B7">
        <w:trPr>
          <w:jc w:val="center"/>
        </w:trPr>
        <w:tc>
          <w:tcPr>
            <w:tcW w:w="10482" w:type="dxa"/>
            <w:gridSpan w:val="6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F5F8FB"/>
            <w:vAlign w:val="center"/>
          </w:tcPr>
          <w:p w14:paraId="6BB92DFD" w14:textId="77777777" w:rsidR="0090561E" w:rsidRDefault="00F96B82">
            <w:pPr>
              <w:spacing w:after="0"/>
              <w:rPr>
                <w:lang w:eastAsia="ko-KR"/>
              </w:rPr>
            </w:pPr>
            <w:r>
              <w:rPr>
                <w:sz w:val="17"/>
                <w:lang w:eastAsia="ko-KR"/>
              </w:rPr>
              <w:t>④ 기숙사(생활관) 배정 및 생활 관리</w:t>
            </w:r>
          </w:p>
        </w:tc>
      </w:tr>
      <w:tr w:rsidR="0090561E" w14:paraId="12EA1646" w14:textId="77777777" w:rsidTr="009A32B7">
        <w:trPr>
          <w:jc w:val="center"/>
        </w:trPr>
        <w:tc>
          <w:tcPr>
            <w:tcW w:w="10482" w:type="dxa"/>
            <w:gridSpan w:val="6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65268C87" w14:textId="77777777" w:rsidR="0090561E" w:rsidRDefault="00F96B82">
            <w:pPr>
              <w:spacing w:after="0"/>
            </w:pPr>
            <w:r>
              <w:rPr>
                <w:sz w:val="17"/>
              </w:rPr>
              <w:t xml:space="preserve">⑤ </w:t>
            </w:r>
            <w:proofErr w:type="spellStart"/>
            <w:r>
              <w:rPr>
                <w:sz w:val="17"/>
              </w:rPr>
              <w:t>장학금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심사</w:t>
            </w:r>
            <w:proofErr w:type="spellEnd"/>
            <w:r>
              <w:rPr>
                <w:sz w:val="17"/>
              </w:rPr>
              <w:t xml:space="preserve"> 및 </w:t>
            </w:r>
            <w:proofErr w:type="spellStart"/>
            <w:r>
              <w:rPr>
                <w:sz w:val="17"/>
              </w:rPr>
              <w:t>지급</w:t>
            </w:r>
            <w:proofErr w:type="spellEnd"/>
          </w:p>
        </w:tc>
      </w:tr>
      <w:tr w:rsidR="0090561E" w14:paraId="7C37EFC2" w14:textId="77777777" w:rsidTr="009A32B7">
        <w:trPr>
          <w:jc w:val="center"/>
        </w:trPr>
        <w:tc>
          <w:tcPr>
            <w:tcW w:w="10482" w:type="dxa"/>
            <w:gridSpan w:val="6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F5F8FB"/>
            <w:vAlign w:val="center"/>
          </w:tcPr>
          <w:p w14:paraId="39653F3E" w14:textId="77777777" w:rsidR="0090561E" w:rsidRDefault="00F96B82">
            <w:pPr>
              <w:spacing w:after="0"/>
              <w:rPr>
                <w:lang w:eastAsia="ko-KR"/>
              </w:rPr>
            </w:pPr>
            <w:r>
              <w:rPr>
                <w:sz w:val="17"/>
                <w:lang w:eastAsia="ko-KR"/>
              </w:rPr>
              <w:t>⑥ 학사 안내, 유학생 상담 및 긴급 연락</w:t>
            </w:r>
          </w:p>
        </w:tc>
      </w:tr>
      <w:tr w:rsidR="0090561E" w14:paraId="5A00B268" w14:textId="77777777" w:rsidTr="009A32B7">
        <w:trPr>
          <w:jc w:val="center"/>
        </w:trPr>
        <w:tc>
          <w:tcPr>
            <w:tcW w:w="10482" w:type="dxa"/>
            <w:gridSpan w:val="6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08F5D533" w14:textId="77777777" w:rsidR="0090561E" w:rsidRDefault="00F96B82">
            <w:pPr>
              <w:spacing w:after="0"/>
              <w:rPr>
                <w:lang w:eastAsia="ko-KR"/>
              </w:rPr>
            </w:pPr>
            <w:r>
              <w:rPr>
                <w:sz w:val="17"/>
                <w:lang w:eastAsia="ko-KR"/>
              </w:rPr>
              <w:t>⑦ 수료 후 본교 학위과정(학부·대학원) 진학 안내</w:t>
            </w:r>
          </w:p>
        </w:tc>
      </w:tr>
      <w:tr w:rsidR="0090561E" w14:paraId="2D862548" w14:textId="77777777" w:rsidTr="009A32B7">
        <w:trPr>
          <w:jc w:val="center"/>
        </w:trPr>
        <w:tc>
          <w:tcPr>
            <w:tcW w:w="10482" w:type="dxa"/>
            <w:gridSpan w:val="6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F5F8FB"/>
            <w:vAlign w:val="center"/>
          </w:tcPr>
          <w:p w14:paraId="67C9386A" w14:textId="77777777" w:rsidR="0090561E" w:rsidRDefault="00F96B82">
            <w:pPr>
              <w:spacing w:after="0"/>
              <w:rPr>
                <w:lang w:eastAsia="ko-KR"/>
              </w:rPr>
            </w:pPr>
            <w:r>
              <w:rPr>
                <w:sz w:val="17"/>
                <w:lang w:eastAsia="ko-KR"/>
              </w:rPr>
              <w:t>⑧ 통계 작성 및 정책 수립을 위한 기초자료 활용(</w:t>
            </w:r>
            <w:proofErr w:type="spellStart"/>
            <w:r>
              <w:rPr>
                <w:sz w:val="17"/>
                <w:lang w:eastAsia="ko-KR"/>
              </w:rPr>
              <w:t>비식별</w:t>
            </w:r>
            <w:proofErr w:type="spellEnd"/>
            <w:r>
              <w:rPr>
                <w:sz w:val="17"/>
                <w:lang w:eastAsia="ko-KR"/>
              </w:rPr>
              <w:t xml:space="preserve"> 처리)</w:t>
            </w:r>
          </w:p>
        </w:tc>
      </w:tr>
      <w:tr w:rsidR="0090561E" w14:paraId="56B0B70B" w14:textId="77777777" w:rsidTr="009A32B7">
        <w:trPr>
          <w:jc w:val="center"/>
        </w:trPr>
        <w:tc>
          <w:tcPr>
            <w:tcW w:w="10482" w:type="dxa"/>
            <w:gridSpan w:val="6"/>
            <w:shd w:val="clear" w:color="auto" w:fill="1F4E78"/>
            <w:vAlign w:val="center"/>
          </w:tcPr>
          <w:p w14:paraId="0E510EC8" w14:textId="77777777" w:rsidR="0090561E" w:rsidRDefault="00F96B82">
            <w:pPr>
              <w:spacing w:after="0"/>
              <w:ind w:left="85"/>
            </w:pPr>
            <w:r>
              <w:rPr>
                <w:b/>
                <w:color w:val="FFFFFF"/>
                <w:sz w:val="21"/>
              </w:rPr>
              <w:t xml:space="preserve">2. </w:t>
            </w:r>
            <w:proofErr w:type="spellStart"/>
            <w:r>
              <w:rPr>
                <w:b/>
                <w:color w:val="FFFFFF"/>
                <w:sz w:val="21"/>
              </w:rPr>
              <w:t>수집하는</w:t>
            </w:r>
            <w:proofErr w:type="spellEnd"/>
            <w:r>
              <w:rPr>
                <w:b/>
                <w:color w:val="FFFFFF"/>
                <w:sz w:val="21"/>
              </w:rPr>
              <w:t xml:space="preserve"> </w:t>
            </w:r>
            <w:proofErr w:type="spellStart"/>
            <w:r>
              <w:rPr>
                <w:b/>
                <w:color w:val="FFFFFF"/>
                <w:sz w:val="21"/>
              </w:rPr>
              <w:t>개인정보의</w:t>
            </w:r>
            <w:proofErr w:type="spellEnd"/>
            <w:r>
              <w:rPr>
                <w:b/>
                <w:color w:val="FFFFFF"/>
                <w:sz w:val="21"/>
              </w:rPr>
              <w:t xml:space="preserve"> </w:t>
            </w:r>
            <w:proofErr w:type="spellStart"/>
            <w:r>
              <w:rPr>
                <w:b/>
                <w:color w:val="FFFFFF"/>
                <w:sz w:val="21"/>
              </w:rPr>
              <w:t>항목</w:t>
            </w:r>
            <w:proofErr w:type="spellEnd"/>
            <w:r>
              <w:rPr>
                <w:b/>
                <w:color w:val="FFFFFF"/>
                <w:sz w:val="21"/>
              </w:rPr>
              <w:t xml:space="preserve">   Categories of Personal Information</w:t>
            </w:r>
          </w:p>
        </w:tc>
      </w:tr>
      <w:tr w:rsidR="0090561E" w14:paraId="3501F7D8" w14:textId="77777777" w:rsidTr="00F96690">
        <w:trPr>
          <w:gridAfter w:val="1"/>
          <w:wAfter w:w="16" w:type="dxa"/>
          <w:trHeight w:val="373"/>
          <w:jc w:val="center"/>
        </w:trPr>
        <w:tc>
          <w:tcPr>
            <w:tcW w:w="2410" w:type="dxa"/>
            <w:gridSpan w:val="2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1F4E78"/>
            <w:vAlign w:val="center"/>
          </w:tcPr>
          <w:p w14:paraId="2698DBC1" w14:textId="77777777" w:rsidR="0090561E" w:rsidRDefault="00F96B82">
            <w:pPr>
              <w:spacing w:after="0"/>
              <w:jc w:val="center"/>
            </w:pPr>
            <w:proofErr w:type="spellStart"/>
            <w:r>
              <w:rPr>
                <w:b/>
                <w:color w:val="FFFFFF"/>
                <w:sz w:val="18"/>
              </w:rPr>
              <w:t>구분</w:t>
            </w:r>
            <w:proofErr w:type="spellEnd"/>
            <w:r>
              <w:rPr>
                <w:b/>
                <w:color w:val="FFFFFF"/>
                <w:sz w:val="18"/>
              </w:rPr>
              <w:t xml:space="preserve"> / Classification</w:t>
            </w:r>
          </w:p>
        </w:tc>
        <w:tc>
          <w:tcPr>
            <w:tcW w:w="8056" w:type="dxa"/>
            <w:gridSpan w:val="3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1F4E78"/>
            <w:vAlign w:val="center"/>
          </w:tcPr>
          <w:p w14:paraId="51333841" w14:textId="77777777" w:rsidR="0090561E" w:rsidRDefault="00F96B82">
            <w:pPr>
              <w:spacing w:after="0"/>
              <w:jc w:val="center"/>
            </w:pPr>
            <w:proofErr w:type="spellStart"/>
            <w:r>
              <w:rPr>
                <w:b/>
                <w:color w:val="FFFFFF"/>
                <w:sz w:val="18"/>
              </w:rPr>
              <w:t>수집</w:t>
            </w:r>
            <w:proofErr w:type="spellEnd"/>
            <w:r>
              <w:rPr>
                <w:b/>
                <w:color w:val="FFFFFF"/>
                <w:sz w:val="18"/>
              </w:rPr>
              <w:t xml:space="preserve"> </w:t>
            </w:r>
            <w:proofErr w:type="spellStart"/>
            <w:r>
              <w:rPr>
                <w:b/>
                <w:color w:val="FFFFFF"/>
                <w:sz w:val="18"/>
              </w:rPr>
              <w:t>항목</w:t>
            </w:r>
            <w:proofErr w:type="spellEnd"/>
            <w:r>
              <w:rPr>
                <w:b/>
                <w:color w:val="FFFFFF"/>
                <w:sz w:val="18"/>
              </w:rPr>
              <w:t xml:space="preserve"> / Collected Items</w:t>
            </w:r>
          </w:p>
        </w:tc>
      </w:tr>
      <w:tr w:rsidR="0090561E" w14:paraId="20489F94" w14:textId="77777777" w:rsidTr="00F96690">
        <w:trPr>
          <w:gridAfter w:val="1"/>
          <w:wAfter w:w="16" w:type="dxa"/>
          <w:trHeight w:val="262"/>
          <w:jc w:val="center"/>
        </w:trPr>
        <w:tc>
          <w:tcPr>
            <w:tcW w:w="2410" w:type="dxa"/>
            <w:gridSpan w:val="2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F5F8FB"/>
            <w:vAlign w:val="center"/>
          </w:tcPr>
          <w:p w14:paraId="278DF854" w14:textId="584A8618" w:rsidR="0090561E" w:rsidRDefault="00F96B82">
            <w:pPr>
              <w:spacing w:after="0"/>
            </w:pPr>
            <w:proofErr w:type="spellStart"/>
            <w:r>
              <w:rPr>
                <w:b/>
                <w:sz w:val="17"/>
              </w:rPr>
              <w:t>필수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항목</w:t>
            </w:r>
            <w:proofErr w:type="spellEnd"/>
            <w:r w:rsidR="00F96690">
              <w:rPr>
                <w:rFonts w:hint="eastAsia"/>
                <w:b/>
                <w:sz w:val="17"/>
                <w:lang w:eastAsia="ko-KR"/>
              </w:rPr>
              <w:t xml:space="preserve"> </w:t>
            </w:r>
            <w:r>
              <w:rPr>
                <w:b/>
                <w:sz w:val="17"/>
              </w:rPr>
              <w:t>Required field</w:t>
            </w:r>
          </w:p>
        </w:tc>
        <w:tc>
          <w:tcPr>
            <w:tcW w:w="8056" w:type="dxa"/>
            <w:gridSpan w:val="3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F5F8FB"/>
            <w:vAlign w:val="center"/>
          </w:tcPr>
          <w:p w14:paraId="0C7C86B6" w14:textId="77777777" w:rsidR="0090561E" w:rsidRDefault="00F96B82">
            <w:pPr>
              <w:spacing w:after="0"/>
              <w:rPr>
                <w:lang w:eastAsia="ko-KR"/>
              </w:rPr>
            </w:pPr>
            <w:r>
              <w:rPr>
                <w:sz w:val="16"/>
                <w:lang w:eastAsia="ko-KR"/>
              </w:rPr>
              <w:t>성명(한글·영문), 성별, 생년월일, 국적, 여권번호, 사진, 현주소·본국 주소, 휴대전화·이메일, 최종학력 및 성적 정보, 가족관계(보호자) 정보, 재정보증 관련 서류, 건강검진 결과</w:t>
            </w:r>
          </w:p>
        </w:tc>
      </w:tr>
      <w:tr w:rsidR="0090561E" w14:paraId="1BE9BBE0" w14:textId="77777777" w:rsidTr="00F96690">
        <w:trPr>
          <w:gridAfter w:val="1"/>
          <w:wAfter w:w="16" w:type="dxa"/>
          <w:trHeight w:val="272"/>
          <w:jc w:val="center"/>
        </w:trPr>
        <w:tc>
          <w:tcPr>
            <w:tcW w:w="2410" w:type="dxa"/>
            <w:gridSpan w:val="2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1D1EB1BB" w14:textId="7A892351" w:rsidR="0090561E" w:rsidRDefault="00F96B82">
            <w:pPr>
              <w:spacing w:after="0"/>
            </w:pPr>
            <w:proofErr w:type="spellStart"/>
            <w:r>
              <w:rPr>
                <w:b/>
                <w:sz w:val="17"/>
              </w:rPr>
              <w:t>선택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항목</w:t>
            </w:r>
            <w:proofErr w:type="spellEnd"/>
            <w:r w:rsidR="00F96690">
              <w:rPr>
                <w:rFonts w:hint="eastAsia"/>
                <w:b/>
                <w:sz w:val="17"/>
                <w:lang w:eastAsia="ko-KR"/>
              </w:rPr>
              <w:t xml:space="preserve"> </w:t>
            </w:r>
            <w:r>
              <w:rPr>
                <w:b/>
                <w:sz w:val="17"/>
              </w:rPr>
              <w:t>Optional fields</w:t>
            </w:r>
          </w:p>
        </w:tc>
        <w:tc>
          <w:tcPr>
            <w:tcW w:w="8056" w:type="dxa"/>
            <w:gridSpan w:val="3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3D9518EB" w14:textId="77777777" w:rsidR="0090561E" w:rsidRDefault="00F96B82">
            <w:pPr>
              <w:spacing w:after="0"/>
              <w:rPr>
                <w:lang w:eastAsia="ko-KR"/>
              </w:rPr>
            </w:pPr>
            <w:r>
              <w:rPr>
                <w:sz w:val="17"/>
                <w:lang w:eastAsia="ko-KR"/>
              </w:rPr>
              <w:t>대한민국 내 연고자 성명·관계·연락처</w:t>
            </w:r>
          </w:p>
        </w:tc>
      </w:tr>
      <w:tr w:rsidR="0090561E" w14:paraId="746EC88A" w14:textId="77777777">
        <w:trPr>
          <w:jc w:val="center"/>
        </w:trPr>
        <w:tc>
          <w:tcPr>
            <w:tcW w:w="10482" w:type="dxa"/>
            <w:gridSpan w:val="6"/>
            <w:shd w:val="clear" w:color="auto" w:fill="1F4E78"/>
            <w:vAlign w:val="center"/>
          </w:tcPr>
          <w:p w14:paraId="30136DF9" w14:textId="7CFF17D6" w:rsidR="0090561E" w:rsidRDefault="00F96B82">
            <w:pPr>
              <w:spacing w:after="0"/>
              <w:ind w:left="85"/>
            </w:pPr>
            <w:r>
              <w:rPr>
                <w:lang w:eastAsia="ko-KR"/>
              </w:rPr>
              <w:br w:type="page"/>
            </w:r>
            <w:r>
              <w:rPr>
                <w:b/>
                <w:color w:val="FFFFFF"/>
                <w:sz w:val="21"/>
              </w:rPr>
              <w:t xml:space="preserve">3. </w:t>
            </w:r>
            <w:proofErr w:type="spellStart"/>
            <w:r>
              <w:rPr>
                <w:b/>
                <w:color w:val="FFFFFF"/>
                <w:sz w:val="21"/>
              </w:rPr>
              <w:t>개인정보의</w:t>
            </w:r>
            <w:proofErr w:type="spellEnd"/>
            <w:r>
              <w:rPr>
                <w:b/>
                <w:color w:val="FFFFFF"/>
                <w:sz w:val="21"/>
              </w:rPr>
              <w:t xml:space="preserve"> </w:t>
            </w:r>
            <w:proofErr w:type="spellStart"/>
            <w:r>
              <w:rPr>
                <w:b/>
                <w:color w:val="FFFFFF"/>
                <w:sz w:val="21"/>
              </w:rPr>
              <w:t>보유</w:t>
            </w:r>
            <w:proofErr w:type="spellEnd"/>
            <w:r>
              <w:rPr>
                <w:b/>
                <w:color w:val="FFFFFF"/>
                <w:sz w:val="21"/>
              </w:rPr>
              <w:t xml:space="preserve"> 및 </w:t>
            </w:r>
            <w:proofErr w:type="spellStart"/>
            <w:r>
              <w:rPr>
                <w:b/>
                <w:color w:val="FFFFFF"/>
                <w:sz w:val="21"/>
              </w:rPr>
              <w:t>이용기간</w:t>
            </w:r>
            <w:proofErr w:type="spellEnd"/>
            <w:r>
              <w:rPr>
                <w:b/>
                <w:color w:val="FFFFFF"/>
                <w:sz w:val="21"/>
              </w:rPr>
              <w:t xml:space="preserve">   Retention Period</w:t>
            </w:r>
          </w:p>
        </w:tc>
      </w:tr>
      <w:tr w:rsidR="0090561E" w14:paraId="136C5A48" w14:textId="77777777" w:rsidTr="009A32B7">
        <w:trPr>
          <w:jc w:val="center"/>
        </w:trPr>
        <w:tc>
          <w:tcPr>
            <w:tcW w:w="10482" w:type="dxa"/>
            <w:gridSpan w:val="6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5FEFF3E4" w14:textId="77777777" w:rsidR="0090561E" w:rsidRDefault="00F96B82">
            <w:pPr>
              <w:spacing w:after="0"/>
              <w:rPr>
                <w:lang w:eastAsia="ko-KR"/>
              </w:rPr>
            </w:pPr>
            <w:r>
              <w:rPr>
                <w:sz w:val="17"/>
                <w:lang w:eastAsia="ko-KR"/>
              </w:rPr>
              <w:t>• 원칙적으로 수집·이용 목적이 달성된 후에는 지체 없이 파기합니다.</w:t>
            </w:r>
          </w:p>
        </w:tc>
      </w:tr>
      <w:tr w:rsidR="0090561E" w14:paraId="54F0DDD0" w14:textId="77777777" w:rsidTr="009A32B7">
        <w:trPr>
          <w:jc w:val="center"/>
        </w:trPr>
        <w:tc>
          <w:tcPr>
            <w:tcW w:w="10482" w:type="dxa"/>
            <w:gridSpan w:val="6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F5F8FB"/>
            <w:vAlign w:val="center"/>
          </w:tcPr>
          <w:p w14:paraId="3ED03793" w14:textId="77777777" w:rsidR="0090561E" w:rsidRDefault="00F96B82">
            <w:pPr>
              <w:spacing w:after="0"/>
              <w:rPr>
                <w:lang w:eastAsia="ko-KR"/>
              </w:rPr>
            </w:pPr>
            <w:r>
              <w:rPr>
                <w:sz w:val="17"/>
                <w:lang w:eastAsia="ko-KR"/>
              </w:rPr>
              <w:t>• 입학하는 경우, 재학 기간 중 보유하며 졸업·수료·제적 후 5년간 보관 후 파기합니다.</w:t>
            </w:r>
          </w:p>
        </w:tc>
      </w:tr>
      <w:tr w:rsidR="0090561E" w14:paraId="6D93EF41" w14:textId="77777777" w:rsidTr="009A32B7">
        <w:trPr>
          <w:jc w:val="center"/>
        </w:trPr>
        <w:tc>
          <w:tcPr>
            <w:tcW w:w="10482" w:type="dxa"/>
            <w:gridSpan w:val="6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377A657B" w14:textId="77777777" w:rsidR="0090561E" w:rsidRDefault="00F96B82">
            <w:pPr>
              <w:spacing w:after="0"/>
              <w:rPr>
                <w:lang w:eastAsia="ko-KR"/>
              </w:rPr>
            </w:pPr>
            <w:r>
              <w:rPr>
                <w:sz w:val="17"/>
                <w:lang w:eastAsia="ko-KR"/>
              </w:rPr>
              <w:t>• 불합격·지원 철회 시, 전형 종료일로부터 1년 이내 파기합니다.</w:t>
            </w:r>
          </w:p>
        </w:tc>
      </w:tr>
      <w:tr w:rsidR="0090561E" w14:paraId="6386BA23" w14:textId="77777777" w:rsidTr="009A32B7">
        <w:trPr>
          <w:jc w:val="center"/>
        </w:trPr>
        <w:tc>
          <w:tcPr>
            <w:tcW w:w="10482" w:type="dxa"/>
            <w:gridSpan w:val="6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F5F8FB"/>
            <w:vAlign w:val="center"/>
          </w:tcPr>
          <w:p w14:paraId="5F4E8D11" w14:textId="77777777" w:rsidR="0090561E" w:rsidRDefault="00F96B82">
            <w:pPr>
              <w:spacing w:after="0"/>
              <w:rPr>
                <w:lang w:eastAsia="ko-KR"/>
              </w:rPr>
            </w:pPr>
            <w:r>
              <w:rPr>
                <w:sz w:val="17"/>
                <w:lang w:eastAsia="ko-KR"/>
              </w:rPr>
              <w:t>• 「출입국관리법」 등 관계 법령에 따라 보존이 필요한 경우 해당 기간 동안 보관합니다.</w:t>
            </w:r>
          </w:p>
        </w:tc>
      </w:tr>
      <w:tr w:rsidR="0090561E" w14:paraId="057B1770" w14:textId="77777777">
        <w:trPr>
          <w:jc w:val="center"/>
        </w:trPr>
        <w:tc>
          <w:tcPr>
            <w:tcW w:w="10482" w:type="dxa"/>
            <w:gridSpan w:val="6"/>
            <w:shd w:val="clear" w:color="auto" w:fill="1F4E78"/>
            <w:vAlign w:val="center"/>
          </w:tcPr>
          <w:p w14:paraId="429FBF4F" w14:textId="77777777" w:rsidR="0090561E" w:rsidRDefault="00F96B82">
            <w:pPr>
              <w:spacing w:after="0"/>
              <w:ind w:left="85"/>
            </w:pPr>
            <w:r>
              <w:rPr>
                <w:b/>
                <w:color w:val="FFFFFF"/>
                <w:sz w:val="21"/>
              </w:rPr>
              <w:t xml:space="preserve">4. </w:t>
            </w:r>
            <w:proofErr w:type="spellStart"/>
            <w:r>
              <w:rPr>
                <w:b/>
                <w:color w:val="FFFFFF"/>
                <w:sz w:val="21"/>
              </w:rPr>
              <w:t>개인정보의</w:t>
            </w:r>
            <w:proofErr w:type="spellEnd"/>
            <w:r>
              <w:rPr>
                <w:b/>
                <w:color w:val="FFFFFF"/>
                <w:sz w:val="21"/>
              </w:rPr>
              <w:t xml:space="preserve"> 제3자 </w:t>
            </w:r>
            <w:proofErr w:type="spellStart"/>
            <w:r>
              <w:rPr>
                <w:b/>
                <w:color w:val="FFFFFF"/>
                <w:sz w:val="21"/>
              </w:rPr>
              <w:t>제공</w:t>
            </w:r>
            <w:proofErr w:type="spellEnd"/>
            <w:r>
              <w:rPr>
                <w:b/>
                <w:color w:val="FFFFFF"/>
                <w:sz w:val="21"/>
              </w:rPr>
              <w:t xml:space="preserve">   Provision to Third Parties</w:t>
            </w:r>
          </w:p>
        </w:tc>
      </w:tr>
      <w:tr w:rsidR="0090561E" w14:paraId="53A118C1" w14:textId="77777777" w:rsidTr="009A32B7">
        <w:trPr>
          <w:jc w:val="center"/>
        </w:trPr>
        <w:tc>
          <w:tcPr>
            <w:tcW w:w="2381" w:type="dxa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1F4E78"/>
            <w:vAlign w:val="center"/>
          </w:tcPr>
          <w:p w14:paraId="2D27488B" w14:textId="77777777" w:rsidR="0090561E" w:rsidRDefault="00F96B82">
            <w:pPr>
              <w:spacing w:after="0"/>
              <w:jc w:val="center"/>
              <w:rPr>
                <w:lang w:eastAsia="ko-KR"/>
              </w:rPr>
            </w:pPr>
            <w:r>
              <w:rPr>
                <w:b/>
                <w:color w:val="FFFFFF"/>
                <w:sz w:val="16"/>
                <w:lang w:eastAsia="ko-KR"/>
              </w:rPr>
              <w:t>개인정보를 제공받는 자</w:t>
            </w:r>
            <w:r>
              <w:rPr>
                <w:b/>
                <w:color w:val="FFFFFF"/>
                <w:sz w:val="16"/>
                <w:lang w:eastAsia="ko-KR"/>
              </w:rPr>
              <w:br/>
              <w:t>Recipient</w:t>
            </w:r>
          </w:p>
        </w:tc>
        <w:tc>
          <w:tcPr>
            <w:tcW w:w="2494" w:type="dxa"/>
            <w:gridSpan w:val="2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1F4E78"/>
            <w:vAlign w:val="center"/>
          </w:tcPr>
          <w:p w14:paraId="5716B7D7" w14:textId="77777777" w:rsidR="0090561E" w:rsidRDefault="00F96B82">
            <w:pPr>
              <w:spacing w:after="0"/>
              <w:jc w:val="center"/>
              <w:rPr>
                <w:lang w:eastAsia="ko-KR"/>
              </w:rPr>
            </w:pPr>
            <w:r>
              <w:rPr>
                <w:b/>
                <w:color w:val="FFFFFF"/>
                <w:sz w:val="16"/>
                <w:lang w:eastAsia="ko-KR"/>
              </w:rPr>
              <w:t>개인정보 이용목적</w:t>
            </w:r>
            <w:r>
              <w:rPr>
                <w:b/>
                <w:color w:val="FFFFFF"/>
                <w:sz w:val="16"/>
                <w:lang w:eastAsia="ko-KR"/>
              </w:rPr>
              <w:br/>
              <w:t>Purpose</w:t>
            </w:r>
          </w:p>
        </w:tc>
        <w:tc>
          <w:tcPr>
            <w:tcW w:w="2835" w:type="dxa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1F4E78"/>
            <w:vAlign w:val="center"/>
          </w:tcPr>
          <w:p w14:paraId="1D97878D" w14:textId="77777777" w:rsidR="0090561E" w:rsidRDefault="00F96B82">
            <w:pPr>
              <w:spacing w:after="0"/>
              <w:jc w:val="center"/>
              <w:rPr>
                <w:lang w:eastAsia="ko-KR"/>
              </w:rPr>
            </w:pPr>
            <w:r>
              <w:rPr>
                <w:b/>
                <w:color w:val="FFFFFF"/>
                <w:sz w:val="16"/>
                <w:lang w:eastAsia="ko-KR"/>
              </w:rPr>
              <w:t>제공하는 개인정보 항목</w:t>
            </w:r>
            <w:r>
              <w:rPr>
                <w:b/>
                <w:color w:val="FFFFFF"/>
                <w:sz w:val="16"/>
                <w:lang w:eastAsia="ko-KR"/>
              </w:rPr>
              <w:br/>
              <w:t>Items</w:t>
            </w:r>
          </w:p>
        </w:tc>
        <w:tc>
          <w:tcPr>
            <w:tcW w:w="2772" w:type="dxa"/>
            <w:gridSpan w:val="2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1F4E78"/>
            <w:vAlign w:val="center"/>
          </w:tcPr>
          <w:p w14:paraId="5937FAE5" w14:textId="77777777" w:rsidR="0090561E" w:rsidRDefault="00F96B82">
            <w:pPr>
              <w:spacing w:after="0"/>
              <w:jc w:val="center"/>
              <w:rPr>
                <w:lang w:eastAsia="ko-KR"/>
              </w:rPr>
            </w:pPr>
            <w:r>
              <w:rPr>
                <w:b/>
                <w:color w:val="FFFFFF"/>
                <w:sz w:val="16"/>
                <w:lang w:eastAsia="ko-KR"/>
              </w:rPr>
              <w:t>보유·이용 기간</w:t>
            </w:r>
            <w:r>
              <w:rPr>
                <w:b/>
                <w:color w:val="FFFFFF"/>
                <w:sz w:val="16"/>
                <w:lang w:eastAsia="ko-KR"/>
              </w:rPr>
              <w:br/>
              <w:t>Period</w:t>
            </w:r>
          </w:p>
        </w:tc>
      </w:tr>
      <w:tr w:rsidR="0090561E" w14:paraId="2A74C8DF" w14:textId="77777777" w:rsidTr="009A32B7">
        <w:trPr>
          <w:jc w:val="center"/>
        </w:trPr>
        <w:tc>
          <w:tcPr>
            <w:tcW w:w="2381" w:type="dxa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F5F8FB"/>
            <w:vAlign w:val="center"/>
          </w:tcPr>
          <w:p w14:paraId="663F7DBA" w14:textId="0EB34A8E" w:rsidR="0090561E" w:rsidRDefault="00F96B82">
            <w:pPr>
              <w:spacing w:after="0"/>
              <w:rPr>
                <w:lang w:eastAsia="ko-KR"/>
              </w:rPr>
            </w:pPr>
            <w:r>
              <w:rPr>
                <w:sz w:val="15"/>
                <w:lang w:eastAsia="ko-KR"/>
              </w:rPr>
              <w:t>법무부 출입국·외국인청</w:t>
            </w:r>
          </w:p>
        </w:tc>
        <w:tc>
          <w:tcPr>
            <w:tcW w:w="2494" w:type="dxa"/>
            <w:gridSpan w:val="2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F5F8FB"/>
            <w:vAlign w:val="center"/>
          </w:tcPr>
          <w:p w14:paraId="2CC72BB4" w14:textId="77777777" w:rsidR="0090561E" w:rsidRDefault="00F96B82">
            <w:pPr>
              <w:spacing w:after="0"/>
              <w:rPr>
                <w:lang w:eastAsia="ko-KR"/>
              </w:rPr>
            </w:pPr>
            <w:r>
              <w:rPr>
                <w:sz w:val="15"/>
                <w:lang w:eastAsia="ko-KR"/>
              </w:rPr>
              <w:t>사증발급인정서 신청, 외국인등록, 체류자격 관리</w:t>
            </w:r>
          </w:p>
        </w:tc>
        <w:tc>
          <w:tcPr>
            <w:tcW w:w="2835" w:type="dxa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F5F8FB"/>
            <w:vAlign w:val="center"/>
          </w:tcPr>
          <w:p w14:paraId="6FE457C7" w14:textId="77777777" w:rsidR="0090561E" w:rsidRDefault="00F96B82">
            <w:pPr>
              <w:spacing w:after="0"/>
              <w:rPr>
                <w:lang w:eastAsia="ko-KR"/>
              </w:rPr>
            </w:pPr>
            <w:r>
              <w:rPr>
                <w:sz w:val="15"/>
                <w:lang w:eastAsia="ko-KR"/>
              </w:rPr>
              <w:t>성명, 생년월일, 국적, 여권번호, 사진, 연락처, 최종학력 정보</w:t>
            </w:r>
          </w:p>
        </w:tc>
        <w:tc>
          <w:tcPr>
            <w:tcW w:w="2772" w:type="dxa"/>
            <w:gridSpan w:val="2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F5F8FB"/>
            <w:vAlign w:val="center"/>
          </w:tcPr>
          <w:p w14:paraId="260860C2" w14:textId="77777777" w:rsidR="0090561E" w:rsidRDefault="00F96B82">
            <w:pPr>
              <w:spacing w:after="0"/>
              <w:rPr>
                <w:lang w:eastAsia="ko-KR"/>
              </w:rPr>
            </w:pPr>
            <w:r>
              <w:rPr>
                <w:sz w:val="15"/>
                <w:lang w:eastAsia="ko-KR"/>
              </w:rPr>
              <w:t>체류관리 목적 달성 시까지</w:t>
            </w:r>
          </w:p>
        </w:tc>
      </w:tr>
      <w:tr w:rsidR="0090561E" w14:paraId="1B28BE81" w14:textId="77777777">
        <w:trPr>
          <w:jc w:val="center"/>
        </w:trPr>
        <w:tc>
          <w:tcPr>
            <w:tcW w:w="10482" w:type="dxa"/>
            <w:gridSpan w:val="6"/>
            <w:shd w:val="clear" w:color="auto" w:fill="1F4E78"/>
            <w:vAlign w:val="center"/>
          </w:tcPr>
          <w:p w14:paraId="5D4AD70C" w14:textId="77777777" w:rsidR="0090561E" w:rsidRDefault="00F96B82">
            <w:pPr>
              <w:spacing w:after="0"/>
              <w:ind w:left="85"/>
            </w:pPr>
            <w:r>
              <w:rPr>
                <w:b/>
                <w:color w:val="FFFFFF"/>
                <w:sz w:val="21"/>
              </w:rPr>
              <w:t xml:space="preserve">5. </w:t>
            </w:r>
            <w:proofErr w:type="spellStart"/>
            <w:r>
              <w:rPr>
                <w:b/>
                <w:color w:val="FFFFFF"/>
                <w:sz w:val="21"/>
              </w:rPr>
              <w:t>동의</w:t>
            </w:r>
            <w:proofErr w:type="spellEnd"/>
            <w:r>
              <w:rPr>
                <w:b/>
                <w:color w:val="FFFFFF"/>
                <w:sz w:val="21"/>
              </w:rPr>
              <w:t xml:space="preserve"> </w:t>
            </w:r>
            <w:proofErr w:type="spellStart"/>
            <w:r>
              <w:rPr>
                <w:b/>
                <w:color w:val="FFFFFF"/>
                <w:sz w:val="21"/>
              </w:rPr>
              <w:t>거부</w:t>
            </w:r>
            <w:proofErr w:type="spellEnd"/>
            <w:r>
              <w:rPr>
                <w:b/>
                <w:color w:val="FFFFFF"/>
                <w:sz w:val="21"/>
              </w:rPr>
              <w:t xml:space="preserve"> </w:t>
            </w:r>
            <w:proofErr w:type="spellStart"/>
            <w:r>
              <w:rPr>
                <w:b/>
                <w:color w:val="FFFFFF"/>
                <w:sz w:val="21"/>
              </w:rPr>
              <w:t>권리</w:t>
            </w:r>
            <w:proofErr w:type="spellEnd"/>
            <w:r>
              <w:rPr>
                <w:b/>
                <w:color w:val="FFFFFF"/>
                <w:sz w:val="21"/>
              </w:rPr>
              <w:t xml:space="preserve"> 및 </w:t>
            </w:r>
            <w:proofErr w:type="spellStart"/>
            <w:r>
              <w:rPr>
                <w:b/>
                <w:color w:val="FFFFFF"/>
                <w:sz w:val="21"/>
              </w:rPr>
              <w:t>불이익</w:t>
            </w:r>
            <w:proofErr w:type="spellEnd"/>
            <w:r>
              <w:rPr>
                <w:b/>
                <w:color w:val="FFFFFF"/>
                <w:sz w:val="21"/>
              </w:rPr>
              <w:t xml:space="preserve"> </w:t>
            </w:r>
            <w:proofErr w:type="spellStart"/>
            <w:r>
              <w:rPr>
                <w:b/>
                <w:color w:val="FFFFFF"/>
                <w:sz w:val="21"/>
              </w:rPr>
              <w:t>안내</w:t>
            </w:r>
            <w:proofErr w:type="spellEnd"/>
            <w:r>
              <w:rPr>
                <w:b/>
                <w:color w:val="FFFFFF"/>
                <w:sz w:val="21"/>
              </w:rPr>
              <w:t xml:space="preserve">   Right to Refuse Consent</w:t>
            </w:r>
          </w:p>
        </w:tc>
      </w:tr>
    </w:tbl>
    <w:p w14:paraId="619D00DA" w14:textId="77777777" w:rsidR="0090561E" w:rsidRDefault="00F96B82">
      <w:pPr>
        <w:spacing w:after="120"/>
        <w:rPr>
          <w:lang w:eastAsia="ko-KR"/>
        </w:rPr>
      </w:pPr>
      <w:r>
        <w:rPr>
          <w:sz w:val="17"/>
          <w:lang w:eastAsia="ko-KR"/>
        </w:rPr>
        <w:t>귀하는 개인정보 수집·이용 및 제3자 제공에 대한 동의를 거부할 권리가 있습니다. 다만 “필수 항목”은 입학전형 진행 및 사증 발급 신청을 위해 반드시 필요하므로, 동의를 거부하실 경우 입학전형 진행이 제한될 수 있습니다.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720"/>
        <w:gridCol w:w="3593"/>
      </w:tblGrid>
      <w:tr w:rsidR="0090561E" w14:paraId="0540DC97" w14:textId="77777777" w:rsidTr="00F96690">
        <w:trPr>
          <w:trHeight w:val="180"/>
          <w:jc w:val="center"/>
        </w:trPr>
        <w:tc>
          <w:tcPr>
            <w:tcW w:w="6720" w:type="dxa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5F36924C" w14:textId="77777777" w:rsidR="0090561E" w:rsidRDefault="00F96B82">
            <w:pPr>
              <w:spacing w:after="0"/>
            </w:pPr>
            <w:r>
              <w:rPr>
                <w:sz w:val="16"/>
              </w:rPr>
              <w:t xml:space="preserve">1. </w:t>
            </w:r>
            <w:proofErr w:type="spellStart"/>
            <w:r>
              <w:rPr>
                <w:sz w:val="16"/>
              </w:rPr>
              <w:t>개인정보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수집·이용에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동의합니다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필수</w:t>
            </w:r>
            <w:proofErr w:type="spellEnd"/>
            <w:r>
              <w:rPr>
                <w:sz w:val="16"/>
              </w:rPr>
              <w:t>)</w:t>
            </w:r>
            <w:r>
              <w:rPr>
                <w:sz w:val="16"/>
              </w:rPr>
              <w:br/>
              <w:t>I agree to the collection and use of personal information (required)</w:t>
            </w:r>
          </w:p>
        </w:tc>
        <w:tc>
          <w:tcPr>
            <w:tcW w:w="3593" w:type="dxa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4B97450D" w14:textId="54C2F00A" w:rsidR="0090561E" w:rsidRDefault="00F96B82">
            <w:pPr>
              <w:spacing w:after="0"/>
              <w:jc w:val="center"/>
            </w:pPr>
            <w:r>
              <w:rPr>
                <w:sz w:val="16"/>
              </w:rPr>
              <w:t xml:space="preserve">□ </w:t>
            </w:r>
            <w:proofErr w:type="spellStart"/>
            <w:r>
              <w:rPr>
                <w:sz w:val="16"/>
              </w:rPr>
              <w:t>동의</w:t>
            </w:r>
            <w:proofErr w:type="spellEnd"/>
            <w:r>
              <w:rPr>
                <w:sz w:val="16"/>
              </w:rPr>
              <w:t xml:space="preserve"> Agree</w:t>
            </w:r>
            <w:r w:rsidR="00F96690">
              <w:rPr>
                <w:rFonts w:hint="eastAsia"/>
                <w:sz w:val="16"/>
                <w:lang w:eastAsia="ko-KR"/>
              </w:rPr>
              <w:t xml:space="preserve"> </w:t>
            </w:r>
            <w:r>
              <w:rPr>
                <w:sz w:val="16"/>
              </w:rPr>
              <w:t xml:space="preserve">□ </w:t>
            </w:r>
            <w:proofErr w:type="spellStart"/>
            <w:r>
              <w:rPr>
                <w:sz w:val="16"/>
              </w:rPr>
              <w:t>동의하지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않음</w:t>
            </w:r>
            <w:proofErr w:type="spellEnd"/>
            <w:r>
              <w:rPr>
                <w:sz w:val="16"/>
              </w:rPr>
              <w:t xml:space="preserve"> Disagree</w:t>
            </w:r>
          </w:p>
        </w:tc>
      </w:tr>
      <w:tr w:rsidR="0090561E" w14:paraId="5059FCC7" w14:textId="77777777" w:rsidTr="00F96690">
        <w:trPr>
          <w:trHeight w:val="445"/>
          <w:jc w:val="center"/>
        </w:trPr>
        <w:tc>
          <w:tcPr>
            <w:tcW w:w="6720" w:type="dxa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F5F8FB"/>
            <w:vAlign w:val="center"/>
          </w:tcPr>
          <w:p w14:paraId="245B50AB" w14:textId="77777777" w:rsidR="0090561E" w:rsidRDefault="00F96B82">
            <w:pPr>
              <w:spacing w:after="0"/>
            </w:pPr>
            <w:r>
              <w:rPr>
                <w:sz w:val="16"/>
              </w:rPr>
              <w:t xml:space="preserve">2. </w:t>
            </w:r>
            <w:proofErr w:type="spellStart"/>
            <w:r>
              <w:rPr>
                <w:sz w:val="16"/>
              </w:rPr>
              <w:t>관계기관</w:t>
            </w:r>
            <w:proofErr w:type="spellEnd"/>
            <w:r>
              <w:rPr>
                <w:sz w:val="16"/>
              </w:rPr>
              <w:t xml:space="preserve"> 제3자 </w:t>
            </w:r>
            <w:proofErr w:type="spellStart"/>
            <w:r>
              <w:rPr>
                <w:sz w:val="16"/>
              </w:rPr>
              <w:t>제공에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동의합니다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필수</w:t>
            </w:r>
            <w:proofErr w:type="spellEnd"/>
            <w:r>
              <w:rPr>
                <w:sz w:val="16"/>
              </w:rPr>
              <w:t>)</w:t>
            </w:r>
            <w:r>
              <w:rPr>
                <w:sz w:val="16"/>
              </w:rPr>
              <w:br/>
              <w:t>I agree to provide my information to third parties through relevant agencies (required)</w:t>
            </w:r>
          </w:p>
        </w:tc>
        <w:tc>
          <w:tcPr>
            <w:tcW w:w="3593" w:type="dxa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F5F8FB"/>
            <w:vAlign w:val="center"/>
          </w:tcPr>
          <w:p w14:paraId="5E32725B" w14:textId="18ACF9ED" w:rsidR="0090561E" w:rsidRDefault="00F96B82">
            <w:pPr>
              <w:spacing w:after="0"/>
              <w:jc w:val="center"/>
            </w:pPr>
            <w:r>
              <w:rPr>
                <w:sz w:val="16"/>
              </w:rPr>
              <w:t xml:space="preserve">□ </w:t>
            </w:r>
            <w:proofErr w:type="spellStart"/>
            <w:r>
              <w:rPr>
                <w:sz w:val="16"/>
              </w:rPr>
              <w:t>동의</w:t>
            </w:r>
            <w:proofErr w:type="spellEnd"/>
            <w:r>
              <w:rPr>
                <w:sz w:val="16"/>
              </w:rPr>
              <w:t xml:space="preserve"> Agree</w:t>
            </w:r>
            <w:r w:rsidR="00F96690">
              <w:rPr>
                <w:rFonts w:hint="eastAsia"/>
                <w:sz w:val="16"/>
                <w:lang w:eastAsia="ko-KR"/>
              </w:rPr>
              <w:t xml:space="preserve"> </w:t>
            </w:r>
            <w:r>
              <w:rPr>
                <w:sz w:val="16"/>
              </w:rPr>
              <w:t xml:space="preserve">□ </w:t>
            </w:r>
            <w:proofErr w:type="spellStart"/>
            <w:r>
              <w:rPr>
                <w:sz w:val="16"/>
              </w:rPr>
              <w:t>동의하지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않음</w:t>
            </w:r>
            <w:proofErr w:type="spellEnd"/>
            <w:r>
              <w:rPr>
                <w:sz w:val="16"/>
              </w:rPr>
              <w:t xml:space="preserve"> Disagree</w:t>
            </w:r>
          </w:p>
        </w:tc>
      </w:tr>
      <w:tr w:rsidR="0090561E" w14:paraId="7EEFE94C" w14:textId="77777777" w:rsidTr="00F96690">
        <w:trPr>
          <w:trHeight w:val="445"/>
          <w:jc w:val="center"/>
        </w:trPr>
        <w:tc>
          <w:tcPr>
            <w:tcW w:w="6720" w:type="dxa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27433177" w14:textId="77777777" w:rsidR="0090561E" w:rsidRDefault="00F96B82">
            <w:pPr>
              <w:spacing w:after="0"/>
            </w:pPr>
            <w:r>
              <w:rPr>
                <w:sz w:val="16"/>
              </w:rPr>
              <w:t xml:space="preserve">3. </w:t>
            </w:r>
            <w:proofErr w:type="spellStart"/>
            <w:r>
              <w:rPr>
                <w:sz w:val="16"/>
              </w:rPr>
              <w:t>국내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연고자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정보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수집에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동의합니다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선택</w:t>
            </w:r>
            <w:proofErr w:type="spellEnd"/>
            <w:r>
              <w:rPr>
                <w:sz w:val="16"/>
              </w:rPr>
              <w:t>)</w:t>
            </w:r>
            <w:r>
              <w:rPr>
                <w:sz w:val="16"/>
              </w:rPr>
              <w:br/>
              <w:t>I agree to the collection of information regarding domestic contacts (optional)</w:t>
            </w:r>
          </w:p>
        </w:tc>
        <w:tc>
          <w:tcPr>
            <w:tcW w:w="3593" w:type="dxa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57CD6D88" w14:textId="7ED150EF" w:rsidR="0090561E" w:rsidRDefault="00F96B82">
            <w:pPr>
              <w:spacing w:after="0"/>
              <w:jc w:val="center"/>
            </w:pPr>
            <w:r>
              <w:rPr>
                <w:sz w:val="16"/>
              </w:rPr>
              <w:t xml:space="preserve">□ </w:t>
            </w:r>
            <w:proofErr w:type="spellStart"/>
            <w:r>
              <w:rPr>
                <w:sz w:val="16"/>
              </w:rPr>
              <w:t>동의</w:t>
            </w:r>
            <w:proofErr w:type="spellEnd"/>
            <w:r>
              <w:rPr>
                <w:sz w:val="16"/>
              </w:rPr>
              <w:t xml:space="preserve"> Agree</w:t>
            </w:r>
            <w:r w:rsidR="00F96690">
              <w:rPr>
                <w:rFonts w:hint="eastAsia"/>
                <w:sz w:val="16"/>
                <w:lang w:eastAsia="ko-KR"/>
              </w:rPr>
              <w:t xml:space="preserve"> </w:t>
            </w:r>
            <w:r>
              <w:rPr>
                <w:sz w:val="16"/>
              </w:rPr>
              <w:t xml:space="preserve">□ </w:t>
            </w:r>
            <w:proofErr w:type="spellStart"/>
            <w:r>
              <w:rPr>
                <w:sz w:val="16"/>
              </w:rPr>
              <w:t>동의하지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않음</w:t>
            </w:r>
            <w:proofErr w:type="spellEnd"/>
            <w:r>
              <w:rPr>
                <w:sz w:val="16"/>
              </w:rPr>
              <w:t xml:space="preserve"> Disagree</w:t>
            </w:r>
          </w:p>
        </w:tc>
      </w:tr>
    </w:tbl>
    <w:p w14:paraId="54D60238" w14:textId="77777777" w:rsidR="0090561E" w:rsidRPr="009A32B7" w:rsidRDefault="0090561E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69"/>
        <w:gridCol w:w="7576"/>
      </w:tblGrid>
      <w:tr w:rsidR="00F96690" w14:paraId="04B8BFB7" w14:textId="77777777" w:rsidTr="009A32B7">
        <w:trPr>
          <w:trHeight w:val="642"/>
          <w:jc w:val="center"/>
        </w:trPr>
        <w:tc>
          <w:tcPr>
            <w:tcW w:w="2769" w:type="dxa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DCEAF7"/>
            <w:vAlign w:val="center"/>
          </w:tcPr>
          <w:p w14:paraId="311FF0B1" w14:textId="77777777" w:rsidR="00F96690" w:rsidRDefault="00F96690" w:rsidP="00F96690">
            <w:pPr>
              <w:spacing w:after="0"/>
            </w:pPr>
            <w:proofErr w:type="spellStart"/>
            <w:r>
              <w:rPr>
                <w:b/>
                <w:sz w:val="18"/>
              </w:rPr>
              <w:lastRenderedPageBreak/>
              <w:t>작성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날짜</w:t>
            </w:r>
            <w:proofErr w:type="spellEnd"/>
            <w:r>
              <w:rPr>
                <w:b/>
                <w:sz w:val="18"/>
              </w:rPr>
              <w:t xml:space="preserve"> / Date</w:t>
            </w:r>
          </w:p>
        </w:tc>
        <w:tc>
          <w:tcPr>
            <w:tcW w:w="7576" w:type="dxa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316181AE" w14:textId="6A33A6BE" w:rsidR="00F96690" w:rsidRDefault="00F96690" w:rsidP="00F96690">
            <w:pPr>
              <w:spacing w:after="0"/>
              <w:ind w:firstLineChars="600" w:firstLine="1080"/>
            </w:pPr>
            <w:r>
              <w:rPr>
                <w:sz w:val="18"/>
              </w:rPr>
              <w:t xml:space="preserve">년 / Year </w:t>
            </w:r>
            <w:r>
              <w:rPr>
                <w:rFonts w:hint="eastAsia"/>
                <w:sz w:val="18"/>
                <w:lang w:eastAsia="ko-KR"/>
              </w:rPr>
              <w:t xml:space="preserve">    </w:t>
            </w:r>
            <w:r>
              <w:rPr>
                <w:sz w:val="18"/>
              </w:rPr>
              <w:t xml:space="preserve">    월 / Month  </w:t>
            </w:r>
            <w:r>
              <w:rPr>
                <w:rFonts w:hint="eastAsia"/>
                <w:sz w:val="18"/>
                <w:lang w:eastAsia="ko-KR"/>
              </w:rPr>
              <w:t xml:space="preserve">   </w:t>
            </w:r>
            <w:r>
              <w:rPr>
                <w:sz w:val="18"/>
              </w:rPr>
              <w:t xml:space="preserve"> </w:t>
            </w:r>
            <w:r>
              <w:rPr>
                <w:rFonts w:hint="eastAsia"/>
                <w:sz w:val="18"/>
                <w:lang w:eastAsia="ko-KR"/>
              </w:rPr>
              <w:t xml:space="preserve">  </w:t>
            </w:r>
            <w:r>
              <w:rPr>
                <w:sz w:val="18"/>
              </w:rPr>
              <w:t xml:space="preserve">  일 / Day</w:t>
            </w:r>
          </w:p>
        </w:tc>
      </w:tr>
      <w:tr w:rsidR="009A32B7" w14:paraId="293719E0" w14:textId="77777777" w:rsidTr="009A32B7">
        <w:trPr>
          <w:trHeight w:val="432"/>
          <w:jc w:val="center"/>
        </w:trPr>
        <w:tc>
          <w:tcPr>
            <w:tcW w:w="2769" w:type="dxa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DCEAF7"/>
            <w:vAlign w:val="center"/>
          </w:tcPr>
          <w:p w14:paraId="0160CF8B" w14:textId="77777777" w:rsidR="009A32B7" w:rsidRPr="009A32B7" w:rsidRDefault="009A32B7" w:rsidP="009A32B7">
            <w:pPr>
              <w:spacing w:after="0"/>
              <w:rPr>
                <w:bCs/>
                <w:sz w:val="18"/>
              </w:rPr>
            </w:pPr>
            <w:proofErr w:type="spellStart"/>
            <w:r>
              <w:rPr>
                <w:b/>
                <w:sz w:val="18"/>
              </w:rPr>
              <w:t>신청인</w:t>
            </w:r>
            <w:proofErr w:type="spellEnd"/>
            <w:r>
              <w:rPr>
                <w:b/>
                <w:sz w:val="18"/>
              </w:rPr>
              <w:t xml:space="preserve"> / Applicant</w:t>
            </w:r>
          </w:p>
          <w:p w14:paraId="3E9F783E" w14:textId="7A06C47C" w:rsidR="009A32B7" w:rsidRDefault="009A32B7" w:rsidP="009A32B7">
            <w:pPr>
              <w:spacing w:after="0"/>
            </w:pPr>
            <w:r w:rsidRPr="009A32B7">
              <w:rPr>
                <w:rFonts w:hint="eastAsia"/>
                <w:bCs/>
                <w:sz w:val="18"/>
                <w:lang w:eastAsia="ko-KR"/>
              </w:rPr>
              <w:t>(</w:t>
            </w:r>
            <w:proofErr w:type="spellStart"/>
            <w:r w:rsidRPr="009A32B7">
              <w:rPr>
                <w:bCs/>
                <w:sz w:val="18"/>
              </w:rPr>
              <w:t>영문명</w:t>
            </w:r>
            <w:proofErr w:type="spellEnd"/>
            <w:r w:rsidRPr="009A32B7">
              <w:rPr>
                <w:bCs/>
                <w:sz w:val="18"/>
              </w:rPr>
              <w:t xml:space="preserve"> / English Name</w:t>
            </w:r>
            <w:r w:rsidRPr="009A32B7">
              <w:rPr>
                <w:rFonts w:hint="eastAsia"/>
                <w:bCs/>
                <w:sz w:val="18"/>
                <w:lang w:eastAsia="ko-KR"/>
              </w:rPr>
              <w:t>)</w:t>
            </w:r>
          </w:p>
        </w:tc>
        <w:tc>
          <w:tcPr>
            <w:tcW w:w="7576" w:type="dxa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F5F8FB"/>
            <w:vAlign w:val="center"/>
          </w:tcPr>
          <w:p w14:paraId="06D4B52C" w14:textId="70ACC3B4" w:rsidR="009A32B7" w:rsidRDefault="009A32B7" w:rsidP="009A32B7">
            <w:pPr>
              <w:spacing w:after="0"/>
            </w:pPr>
          </w:p>
        </w:tc>
      </w:tr>
      <w:tr w:rsidR="0090561E" w14:paraId="419ABE33" w14:textId="77777777" w:rsidTr="009A32B7">
        <w:trPr>
          <w:trHeight w:val="675"/>
          <w:jc w:val="center"/>
        </w:trPr>
        <w:tc>
          <w:tcPr>
            <w:tcW w:w="2769" w:type="dxa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DCEAF7"/>
            <w:vAlign w:val="center"/>
          </w:tcPr>
          <w:p w14:paraId="41E86564" w14:textId="77777777" w:rsidR="0090561E" w:rsidRDefault="00F96B82">
            <w:pPr>
              <w:spacing w:after="0"/>
            </w:pPr>
            <w:proofErr w:type="spellStart"/>
            <w:r>
              <w:rPr>
                <w:b/>
                <w:sz w:val="18"/>
              </w:rPr>
              <w:t>서명</w:t>
            </w:r>
            <w:proofErr w:type="spellEnd"/>
            <w:r>
              <w:rPr>
                <w:b/>
                <w:sz w:val="18"/>
              </w:rPr>
              <w:t xml:space="preserve"> / Signature</w:t>
            </w:r>
          </w:p>
        </w:tc>
        <w:tc>
          <w:tcPr>
            <w:tcW w:w="7576" w:type="dxa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0B867DF4" w14:textId="77777777" w:rsidR="0090561E" w:rsidRDefault="0090561E">
            <w:pPr>
              <w:spacing w:after="0"/>
            </w:pPr>
          </w:p>
        </w:tc>
      </w:tr>
    </w:tbl>
    <w:p w14:paraId="687F8C15" w14:textId="77777777" w:rsidR="0090561E" w:rsidRDefault="00F96B82">
      <w:pPr>
        <w:spacing w:before="240"/>
        <w:jc w:val="right"/>
      </w:pPr>
      <w:proofErr w:type="spellStart"/>
      <w:r>
        <w:rPr>
          <w:b/>
          <w:color w:val="1F4E78"/>
          <w:sz w:val="22"/>
        </w:rPr>
        <w:t>한세대학교</w:t>
      </w:r>
      <w:proofErr w:type="spellEnd"/>
      <w:r>
        <w:rPr>
          <w:b/>
          <w:color w:val="1F4E78"/>
          <w:sz w:val="22"/>
        </w:rPr>
        <w:t xml:space="preserve"> </w:t>
      </w:r>
      <w:proofErr w:type="spellStart"/>
      <w:r>
        <w:rPr>
          <w:b/>
          <w:color w:val="1F4E78"/>
          <w:sz w:val="22"/>
        </w:rPr>
        <w:t>총장</w:t>
      </w:r>
      <w:proofErr w:type="spellEnd"/>
      <w:r>
        <w:rPr>
          <w:b/>
          <w:color w:val="1F4E78"/>
          <w:sz w:val="22"/>
        </w:rPr>
        <w:t xml:space="preserve"> </w:t>
      </w:r>
      <w:proofErr w:type="spellStart"/>
      <w:r>
        <w:rPr>
          <w:b/>
          <w:color w:val="1F4E78"/>
          <w:sz w:val="22"/>
        </w:rPr>
        <w:t>귀하</w:t>
      </w:r>
      <w:proofErr w:type="spellEnd"/>
    </w:p>
    <w:sectPr w:rsidR="0090561E" w:rsidSect="00034616">
      <w:footerReference w:type="default" r:id="rId9"/>
      <w:pgSz w:w="12240" w:h="15840"/>
      <w:pgMar w:top="822" w:right="879" w:bottom="822" w:left="87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1F07E8" w14:textId="77777777" w:rsidR="00D12B54" w:rsidRDefault="00D12B54">
      <w:pPr>
        <w:spacing w:after="0" w:line="240" w:lineRule="auto"/>
      </w:pPr>
      <w:r>
        <w:separator/>
      </w:r>
    </w:p>
  </w:endnote>
  <w:endnote w:type="continuationSeparator" w:id="0">
    <w:p w14:paraId="27D858C6" w14:textId="77777777" w:rsidR="00D12B54" w:rsidRDefault="00D12B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52B93" w14:textId="3E70A9E1" w:rsidR="0090561E" w:rsidRDefault="00F96B82">
    <w:pPr>
      <w:pStyle w:val="a6"/>
      <w:jc w:val="center"/>
      <w:rPr>
        <w:lang w:eastAsia="ko-KR"/>
      </w:rPr>
    </w:pPr>
    <w:r>
      <w:rPr>
        <w:color w:val="666666"/>
        <w:sz w:val="14"/>
      </w:rPr>
      <w:t xml:space="preserve">HANSEI </w:t>
    </w:r>
    <w:proofErr w:type="gramStart"/>
    <w:r>
      <w:rPr>
        <w:color w:val="666666"/>
        <w:sz w:val="14"/>
      </w:rPr>
      <w:t>UNIVERSITY  •</w:t>
    </w:r>
    <w:proofErr w:type="gramEnd"/>
    <w:r>
      <w:rPr>
        <w:color w:val="666666"/>
        <w:sz w:val="14"/>
      </w:rPr>
      <w:t xml:space="preserve">  </w:t>
    </w:r>
    <w:r>
      <w:rPr>
        <w:rFonts w:hint="eastAsia"/>
        <w:color w:val="666666"/>
        <w:sz w:val="14"/>
        <w:lang w:eastAsia="ko-KR"/>
      </w:rPr>
      <w:t xml:space="preserve">Office of </w:t>
    </w:r>
    <w:r>
      <w:rPr>
        <w:color w:val="666666"/>
        <w:sz w:val="14"/>
      </w:rPr>
      <w:t xml:space="preserve">International </w:t>
    </w:r>
    <w:r>
      <w:rPr>
        <w:rFonts w:hint="eastAsia"/>
        <w:color w:val="666666"/>
        <w:sz w:val="14"/>
        <w:lang w:eastAsia="ko-KR"/>
      </w:rPr>
      <w:t xml:space="preserve">Affairs </w:t>
    </w:r>
    <w:r>
      <w:rPr>
        <w:color w:val="666666"/>
        <w:sz w:val="14"/>
      </w:rPr>
      <w:t>•</w:t>
    </w:r>
    <w:r>
      <w:rPr>
        <w:rFonts w:hint="eastAsia"/>
        <w:color w:val="666666"/>
        <w:sz w:val="14"/>
        <w:lang w:eastAsia="ko-KR"/>
      </w:rPr>
      <w:t xml:space="preserve"> Korean Language Institute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9F173F" w14:textId="77777777" w:rsidR="00D12B54" w:rsidRDefault="00D12B54">
      <w:pPr>
        <w:spacing w:after="0" w:line="240" w:lineRule="auto"/>
      </w:pPr>
      <w:r>
        <w:separator/>
      </w:r>
    </w:p>
  </w:footnote>
  <w:footnote w:type="continuationSeparator" w:id="0">
    <w:p w14:paraId="06FDF361" w14:textId="77777777" w:rsidR="00D12B54" w:rsidRDefault="00D12B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17582372">
    <w:abstractNumId w:val="8"/>
  </w:num>
  <w:num w:numId="2" w16cid:durableId="1864632432">
    <w:abstractNumId w:val="6"/>
  </w:num>
  <w:num w:numId="3" w16cid:durableId="307438346">
    <w:abstractNumId w:val="5"/>
  </w:num>
  <w:num w:numId="4" w16cid:durableId="711540517">
    <w:abstractNumId w:val="4"/>
  </w:num>
  <w:num w:numId="5" w16cid:durableId="751774337">
    <w:abstractNumId w:val="7"/>
  </w:num>
  <w:num w:numId="6" w16cid:durableId="718558074">
    <w:abstractNumId w:val="3"/>
  </w:num>
  <w:num w:numId="7" w16cid:durableId="19819883">
    <w:abstractNumId w:val="2"/>
  </w:num>
  <w:num w:numId="8" w16cid:durableId="1123696107">
    <w:abstractNumId w:val="1"/>
  </w:num>
  <w:num w:numId="9" w16cid:durableId="74135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7080"/>
    <w:rsid w:val="0006063C"/>
    <w:rsid w:val="000675E1"/>
    <w:rsid w:val="0015074B"/>
    <w:rsid w:val="0029639D"/>
    <w:rsid w:val="00326F90"/>
    <w:rsid w:val="00486FF9"/>
    <w:rsid w:val="005E250D"/>
    <w:rsid w:val="005E56BD"/>
    <w:rsid w:val="00715D7F"/>
    <w:rsid w:val="007B5329"/>
    <w:rsid w:val="008A7A48"/>
    <w:rsid w:val="0090561E"/>
    <w:rsid w:val="009A32B7"/>
    <w:rsid w:val="00A64D95"/>
    <w:rsid w:val="00AA18DF"/>
    <w:rsid w:val="00AA1D8D"/>
    <w:rsid w:val="00B34411"/>
    <w:rsid w:val="00B47730"/>
    <w:rsid w:val="00BB4B4E"/>
    <w:rsid w:val="00C03846"/>
    <w:rsid w:val="00CB0664"/>
    <w:rsid w:val="00CE40DE"/>
    <w:rsid w:val="00D12B54"/>
    <w:rsid w:val="00F96690"/>
    <w:rsid w:val="00F96B8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93CA237"/>
  <w14:defaultImageDpi w14:val="300"/>
  <w15:docId w15:val="{CE503C2A-BDA1-4D94-8D8A-E9DBEF4DE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맑은 고딕" w:eastAsia="맑은 고딕" w:hAnsi="맑은 고딕"/>
      <w:sz w:val="19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591</Words>
  <Characters>3372</Characters>
  <Application>Microsoft Office Word</Application>
  <DocSecurity>0</DocSecurity>
  <Lines>28</Lines>
  <Paragraphs>7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3956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Hansei</cp:lastModifiedBy>
  <cp:revision>3</cp:revision>
  <cp:lastPrinted>2026-11-04T01:16:00Z</cp:lastPrinted>
  <dcterms:created xsi:type="dcterms:W3CDTF">2026-11-04T01:16:00Z</dcterms:created>
  <dcterms:modified xsi:type="dcterms:W3CDTF">2026-11-04T01:24:00Z</dcterms:modified>
  <cp:category/>
</cp:coreProperties>
</file>